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1232" w14:textId="77777777" w:rsidR="00F1449A" w:rsidRPr="00F1449A" w:rsidRDefault="00C8753E" w:rsidP="00F1449A">
      <w:pPr>
        <w:pStyle w:val="1"/>
        <w:spacing w:after="240"/>
        <w:jc w:val="center"/>
        <w:rPr>
          <w:rFonts w:ascii="HG正楷書体-PRO" w:eastAsia="HG正楷書体-PRO"/>
          <w:color w:val="EE0000"/>
          <w:sz w:val="56"/>
          <w:szCs w:val="56"/>
          <w:lang w:eastAsia="ja-JP"/>
        </w:rPr>
      </w:pPr>
      <w:r w:rsidRPr="00C7727D">
        <w:rPr>
          <w:rFonts w:ascii="HG正楷書体-PRO" w:eastAsia="HG正楷書体-PRO" w:hint="eastAsia"/>
          <w:color w:val="EE0000"/>
          <w:sz w:val="56"/>
          <w:szCs w:val="56"/>
          <w:lang w:eastAsia="ja-JP"/>
        </w:rPr>
        <w:t>門松</w:t>
      </w:r>
      <w:r w:rsidR="00C7727D">
        <w:rPr>
          <w:rFonts w:ascii="HG正楷書体-PRO" w:eastAsia="HG正楷書体-PRO" w:hint="eastAsia"/>
          <w:color w:val="EE0000"/>
          <w:sz w:val="56"/>
          <w:szCs w:val="56"/>
          <w:lang w:eastAsia="ja-JP"/>
        </w:rPr>
        <w:t xml:space="preserve"> </w:t>
      </w:r>
      <w:r w:rsidR="00F1449A">
        <w:rPr>
          <w:rFonts w:ascii="HG正楷書体-PRO" w:eastAsia="HG正楷書体-PRO" w:hint="eastAsia"/>
          <w:color w:val="EE0000"/>
          <w:sz w:val="56"/>
          <w:szCs w:val="56"/>
          <w:lang w:eastAsia="ja-JP"/>
        </w:rPr>
        <w:t>ご注文承り</w:t>
      </w:r>
      <w:r w:rsidR="00F1449A" w:rsidRPr="00F1449A">
        <w:rPr>
          <w:rFonts w:ascii="HG正楷書体-PRO" w:eastAsia="HG正楷書体-PRO"/>
          <w:color w:val="EE0000"/>
          <w:sz w:val="56"/>
          <w:szCs w:val="56"/>
          <w:lang w:eastAsia="ja-JP"/>
        </w:rPr>
        <w:t>中</w:t>
      </w:r>
    </w:p>
    <w:p w14:paraId="69D6CFDE" w14:textId="77777777" w:rsidR="0061675A" w:rsidRDefault="0061675A" w:rsidP="0095646F">
      <w:pPr>
        <w:ind w:firstLineChars="100" w:firstLine="280"/>
        <w:rPr>
          <w:rFonts w:ascii="HG正楷書体-PRO" w:eastAsia="HG正楷書体-PRO"/>
          <w:lang w:eastAsia="ja-JP"/>
        </w:rPr>
      </w:pPr>
      <w:r w:rsidRPr="00C7727D">
        <w:rPr>
          <w:rFonts w:ascii="UD デジタル 教科書体 NP" w:eastAsia="UD デジタル 教科書体 NP" w:hint="eastAsia"/>
          <w:noProof/>
          <w:sz w:val="28"/>
          <w:szCs w:val="28"/>
        </w:rPr>
        <w:drawing>
          <wp:anchor distT="0" distB="0" distL="114300" distR="114300" simplePos="0" relativeHeight="251655680" behindDoc="0" locked="0" layoutInCell="1" allowOverlap="1" wp14:anchorId="62F68EA4" wp14:editId="27CB0584">
            <wp:simplePos x="0" y="0"/>
            <wp:positionH relativeFrom="column">
              <wp:posOffset>80876</wp:posOffset>
            </wp:positionH>
            <wp:positionV relativeFrom="paragraph">
              <wp:posOffset>509905</wp:posOffset>
            </wp:positionV>
            <wp:extent cx="942340" cy="267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1227_10192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727D">
        <w:rPr>
          <w:rFonts w:ascii="HG正楷書体-PRO" w:eastAsia="HG正楷書体-PRO" w:hint="eastAsia"/>
          <w:lang w:eastAsia="ja-JP"/>
        </w:rPr>
        <w:t>三沢市シルバー人材センター門松班の会員が、</w:t>
      </w:r>
      <w:r w:rsidR="00F1449A">
        <w:rPr>
          <w:rFonts w:ascii="HG正楷書体-PRO" w:eastAsia="HG正楷書体-PRO" w:hint="eastAsia"/>
          <w:lang w:eastAsia="ja-JP"/>
        </w:rPr>
        <w:t>一点ずつ丁寧に手作りしております。数には限りがございますのでお早めにご注文お願い致します</w:t>
      </w:r>
      <w:r w:rsidRPr="00C7727D">
        <w:rPr>
          <w:rFonts w:ascii="HG正楷書体-PRO" w:eastAsia="HG正楷書体-PRO" w:hint="eastAsia"/>
          <w:lang w:eastAsia="ja-JP"/>
        </w:rPr>
        <w:t>。</w:t>
      </w:r>
    </w:p>
    <w:p w14:paraId="70F17154" w14:textId="77777777" w:rsidR="0095646F" w:rsidRPr="00F1449A" w:rsidRDefault="0095646F" w:rsidP="0095646F">
      <w:pPr>
        <w:ind w:firstLineChars="100" w:firstLine="220"/>
        <w:rPr>
          <w:rFonts w:ascii="HG正楷書体-PRO" w:eastAsia="HG正楷書体-PRO"/>
          <w:lang w:eastAsia="ja-JP"/>
        </w:rPr>
      </w:pPr>
    </w:p>
    <w:p w14:paraId="7995A31E" w14:textId="77777777" w:rsidR="002A7FEB" w:rsidRPr="0095646F" w:rsidRDefault="00C8753E" w:rsidP="0061675A">
      <w:pPr>
        <w:spacing w:after="0" w:line="500" w:lineRule="exact"/>
        <w:ind w:firstLineChars="860" w:firstLine="2064"/>
        <w:rPr>
          <w:rFonts w:ascii="HG正楷書体-PRO" w:eastAsia="HG正楷書体-PRO"/>
          <w:sz w:val="24"/>
          <w:szCs w:val="24"/>
          <w:lang w:eastAsia="ja-JP"/>
        </w:rPr>
      </w:pPr>
      <w:r w:rsidRPr="0095646F">
        <w:rPr>
          <w:rFonts w:ascii="HG正楷書体-PRO" w:eastAsia="HG正楷書体-PRO" w:hint="eastAsia"/>
          <w:sz w:val="24"/>
          <w:szCs w:val="24"/>
          <w:lang w:eastAsia="ja-JP"/>
        </w:rPr>
        <w:t xml:space="preserve">■ </w:t>
      </w:r>
      <w:r w:rsidR="0095646F">
        <w:rPr>
          <w:rFonts w:ascii="HG正楷書体-PRO" w:eastAsia="HG正楷書体-PRO" w:hint="eastAsia"/>
          <w:sz w:val="24"/>
          <w:szCs w:val="24"/>
          <w:lang w:eastAsia="ja-JP"/>
        </w:rPr>
        <w:t>１対</w:t>
      </w:r>
      <w:r w:rsidRPr="0095646F">
        <w:rPr>
          <w:rFonts w:ascii="HG正楷書体-PRO" w:eastAsia="HG正楷書体-PRO" w:hint="eastAsia"/>
          <w:sz w:val="24"/>
          <w:szCs w:val="24"/>
          <w:lang w:eastAsia="ja-JP"/>
        </w:rPr>
        <w:t>価格</w:t>
      </w:r>
    </w:p>
    <w:p w14:paraId="7C9F9C9F" w14:textId="508B6A82" w:rsidR="002A7FEB" w:rsidRPr="00F1449A" w:rsidRDefault="00C8753E" w:rsidP="00D81912">
      <w:pPr>
        <w:spacing w:after="0" w:line="500" w:lineRule="exact"/>
        <w:ind w:firstLineChars="960" w:firstLine="2304"/>
        <w:rPr>
          <w:rFonts w:ascii="HG正楷書体-PRO" w:eastAsia="HG正楷書体-PRO"/>
          <w:sz w:val="24"/>
          <w:szCs w:val="24"/>
          <w:u w:val="single"/>
          <w:lang w:eastAsia="ja-JP"/>
        </w:rPr>
      </w:pPr>
      <w:r w:rsidRPr="00F1449A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 xml:space="preserve">高さ５尺（150cm）　</w:t>
      </w:r>
      <w:r w:rsidR="00D81912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38,000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円（</w:t>
      </w:r>
      <w:r w:rsidR="003D01FE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税込み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）</w:t>
      </w:r>
    </w:p>
    <w:p w14:paraId="1248812A" w14:textId="77777777" w:rsidR="0095646F" w:rsidRPr="0095646F" w:rsidRDefault="0095646F" w:rsidP="0095646F">
      <w:pPr>
        <w:spacing w:after="0" w:line="500" w:lineRule="exact"/>
        <w:rPr>
          <w:rFonts w:ascii="HG正楷書体-PRO" w:eastAsia="HG正楷書体-PRO"/>
          <w:sz w:val="24"/>
          <w:szCs w:val="24"/>
          <w:lang w:eastAsia="ja-JP"/>
        </w:rPr>
      </w:pPr>
    </w:p>
    <w:p w14:paraId="028FF669" w14:textId="77777777" w:rsidR="002A7FEB" w:rsidRPr="0095646F" w:rsidRDefault="00C8753E" w:rsidP="0061675A">
      <w:pPr>
        <w:spacing w:after="0" w:line="500" w:lineRule="exact"/>
        <w:ind w:firstLineChars="860" w:firstLine="2064"/>
        <w:rPr>
          <w:rFonts w:ascii="HG正楷書体-PRO" w:eastAsia="HG正楷書体-PRO"/>
          <w:sz w:val="24"/>
          <w:szCs w:val="24"/>
          <w:lang w:eastAsia="ja-JP"/>
        </w:rPr>
      </w:pPr>
      <w:r w:rsidRPr="0095646F">
        <w:rPr>
          <w:rFonts w:ascii="HG正楷書体-PRO" w:eastAsia="HG正楷書体-PRO" w:hint="eastAsia"/>
          <w:sz w:val="24"/>
          <w:szCs w:val="24"/>
          <w:lang w:eastAsia="ja-JP"/>
        </w:rPr>
        <w:t>■ 納品・回収</w:t>
      </w:r>
    </w:p>
    <w:p w14:paraId="67ECDEED" w14:textId="239726ED" w:rsidR="002A7FEB" w:rsidRPr="00F1449A" w:rsidRDefault="00C8753E" w:rsidP="0061675A">
      <w:pPr>
        <w:spacing w:after="0" w:line="500" w:lineRule="exact"/>
        <w:ind w:firstLineChars="960" w:firstLine="2304"/>
        <w:rPr>
          <w:rFonts w:ascii="HG正楷書体-PRO" w:eastAsia="HG正楷書体-PRO"/>
          <w:sz w:val="24"/>
          <w:szCs w:val="24"/>
          <w:u w:val="single"/>
          <w:lang w:eastAsia="zh-TW"/>
        </w:rPr>
      </w:pPr>
      <w:r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納品：令和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８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年12月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25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日</w:t>
      </w:r>
      <w:r w:rsidR="007C281A"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（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金</w:t>
      </w:r>
      <w:r w:rsidR="007C281A"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）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・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2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8</w:t>
      </w:r>
      <w:r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日</w:t>
      </w:r>
      <w:r w:rsidR="007C281A"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（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月</w:t>
      </w:r>
      <w:r w:rsidR="007C281A" w:rsidRPr="00F1449A">
        <w:rPr>
          <w:rFonts w:ascii="HG正楷書体-PRO" w:eastAsia="HG正楷書体-PRO" w:hint="eastAsia"/>
          <w:sz w:val="24"/>
          <w:szCs w:val="24"/>
          <w:u w:val="single"/>
          <w:lang w:eastAsia="zh-TW"/>
        </w:rPr>
        <w:t>）予定</w:t>
      </w:r>
    </w:p>
    <w:p w14:paraId="05312091" w14:textId="7B4D6B62" w:rsidR="0061675A" w:rsidRPr="00F1449A" w:rsidRDefault="00C8753E" w:rsidP="0095646F">
      <w:pPr>
        <w:spacing w:after="0" w:line="500" w:lineRule="exact"/>
        <w:ind w:firstLineChars="960" w:firstLine="2304"/>
        <w:rPr>
          <w:rFonts w:ascii="HG正楷書体-PRO" w:eastAsia="HG正楷書体-PRO"/>
          <w:sz w:val="24"/>
          <w:szCs w:val="24"/>
          <w:u w:val="single"/>
          <w:lang w:eastAsia="ja-JP"/>
        </w:rPr>
      </w:pPr>
      <w:r w:rsidRPr="00F1449A">
        <w:rPr>
          <w:rFonts w:ascii="HG正楷書体-PRO" w:eastAsia="HG正楷書体-PRO" w:hint="eastAsia"/>
          <w:sz w:val="24"/>
          <w:szCs w:val="24"/>
          <w:u w:val="single"/>
        </w:rPr>
        <w:t>回収：令和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９</w:t>
      </w:r>
      <w:r w:rsidRPr="00F1449A">
        <w:rPr>
          <w:rFonts w:ascii="HG正楷書体-PRO" w:eastAsia="HG正楷書体-PRO" w:hint="eastAsia"/>
          <w:sz w:val="24"/>
          <w:szCs w:val="24"/>
          <w:u w:val="single"/>
        </w:rPr>
        <w:t>年1月7日（</w:t>
      </w:r>
      <w:r w:rsidR="00946257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木</w:t>
      </w:r>
      <w:r w:rsidRPr="00F1449A">
        <w:rPr>
          <w:rFonts w:ascii="HG正楷書体-PRO" w:eastAsia="HG正楷書体-PRO" w:hint="eastAsia"/>
          <w:sz w:val="24"/>
          <w:szCs w:val="24"/>
          <w:u w:val="single"/>
        </w:rPr>
        <w:t>）</w:t>
      </w:r>
      <w:r w:rsidR="007C281A" w:rsidRPr="00F1449A">
        <w:rPr>
          <w:rFonts w:ascii="HG正楷書体-PRO" w:eastAsia="HG正楷書体-PRO" w:hint="eastAsia"/>
          <w:sz w:val="24"/>
          <w:szCs w:val="24"/>
          <w:u w:val="single"/>
          <w:lang w:eastAsia="ja-JP"/>
        </w:rPr>
        <w:t>予定</w:t>
      </w:r>
    </w:p>
    <w:p w14:paraId="48BB0576" w14:textId="606638C6" w:rsidR="00F1449A" w:rsidRPr="00F1449A" w:rsidRDefault="00F1449A" w:rsidP="00F1449A">
      <w:pPr>
        <w:spacing w:after="0" w:line="500" w:lineRule="exact"/>
        <w:rPr>
          <w:rFonts w:ascii="HG正楷書体-PRO" w:eastAsia="HG正楷書体-PRO"/>
          <w:sz w:val="24"/>
          <w:szCs w:val="24"/>
          <w:u w:val="single"/>
          <w:lang w:eastAsia="ja-JP"/>
        </w:rPr>
      </w:pPr>
    </w:p>
    <w:p w14:paraId="495BBD3F" w14:textId="2035C1E8" w:rsidR="00C80CF6" w:rsidRDefault="00C80CF6" w:rsidP="00FC0B28">
      <w:pPr>
        <w:rPr>
          <w:lang w:eastAsia="ja-JP"/>
        </w:rPr>
      </w:pPr>
    </w:p>
    <w:p w14:paraId="1604ECCF" w14:textId="495CB32D" w:rsidR="00C80CF6" w:rsidRDefault="00C80CF6" w:rsidP="00C80CF6">
      <w:pPr>
        <w:rPr>
          <w:lang w:eastAsia="ja-JP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42E1B1" wp14:editId="73C282CD">
                <wp:simplePos x="0" y="0"/>
                <wp:positionH relativeFrom="column">
                  <wp:posOffset>2505710</wp:posOffset>
                </wp:positionH>
                <wp:positionV relativeFrom="paragraph">
                  <wp:posOffset>27940</wp:posOffset>
                </wp:positionV>
                <wp:extent cx="374015" cy="361315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15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F0E69" w14:textId="77777777" w:rsidR="00880214" w:rsidRPr="005305A1" w:rsidRDefault="00880214" w:rsidP="00880214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305A1">
                              <w:rPr>
                                <w:rFonts w:hint="eastAsia"/>
                                <w:color w:val="000000" w:themeColor="text1"/>
                                <w:sz w:val="32"/>
                                <w:szCs w:val="32"/>
                              </w:rPr>
                              <w:t>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2E1B1" id="正方形/長方形 13" o:spid="_x0000_s1026" style="position:absolute;margin-left:197.3pt;margin-top:2.2pt;width:29.45pt;height:2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" filled="f" stroked="f" strokeweight="2pt">
                <v:textbox>
                  <w:txbxContent>
                    <w:p w14:paraId="662F0E69" w14:textId="77777777" w:rsidR="00880214" w:rsidRPr="005305A1" w:rsidRDefault="00880214" w:rsidP="00880214">
                      <w:pPr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5305A1">
                        <w:rPr>
                          <w:rFonts w:hint="eastAsia"/>
                          <w:color w:val="000000" w:themeColor="text1"/>
                          <w:sz w:val="32"/>
                          <w:szCs w:val="32"/>
                        </w:rPr>
                        <w:t>✂</w:t>
                      </w:r>
                    </w:p>
                  </w:txbxContent>
                </v:textbox>
              </v:rect>
            </w:pict>
          </mc:Fallback>
        </mc:AlternateContent>
      </w:r>
      <w:r w:rsidR="00FC0B28" w:rsidRPr="005305A1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5B8525" wp14:editId="1F29FF3A">
                <wp:simplePos x="0" y="0"/>
                <wp:positionH relativeFrom="column">
                  <wp:posOffset>3192780</wp:posOffset>
                </wp:positionH>
                <wp:positionV relativeFrom="paragraph">
                  <wp:posOffset>184785</wp:posOffset>
                </wp:positionV>
                <wp:extent cx="2303145" cy="6985"/>
                <wp:effectExtent l="0" t="0" r="20955" b="31115"/>
                <wp:wrapNone/>
                <wp:docPr id="1197084137" name="直線コネクタ 1197084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3145" cy="6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1952B" id="直線コネクタ 119708413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4pt,14.55pt" to="432.7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" strokecolor="black [3213]">
                <v:stroke dashstyle="3 1"/>
              </v:line>
            </w:pict>
          </mc:Fallback>
        </mc:AlternateContent>
      </w:r>
      <w:r w:rsidR="00FC0B28" w:rsidRPr="005305A1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D3C460" wp14:editId="1536E66E">
                <wp:simplePos x="0" y="0"/>
                <wp:positionH relativeFrom="column">
                  <wp:posOffset>-17145</wp:posOffset>
                </wp:positionH>
                <wp:positionV relativeFrom="paragraph">
                  <wp:posOffset>215900</wp:posOffset>
                </wp:positionV>
                <wp:extent cx="2303145" cy="6985"/>
                <wp:effectExtent l="0" t="0" r="20955" b="3111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3145" cy="6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72AC3" id="直線コネクタ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7pt" to="180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" strokecolor="black [3213]">
                <v:stroke dashstyle="3 1"/>
              </v:line>
            </w:pict>
          </mc:Fallback>
        </mc:AlternateContent>
      </w:r>
    </w:p>
    <w:p w14:paraId="7AAC5BE0" w14:textId="77777777" w:rsidR="00C80CF6" w:rsidRPr="00C80CF6" w:rsidRDefault="00C80CF6" w:rsidP="00C80CF6">
      <w:pPr>
        <w:rPr>
          <w:rFonts w:hint="eastAsia"/>
          <w:lang w:eastAsia="ja-JP"/>
        </w:rPr>
      </w:pPr>
    </w:p>
    <w:p w14:paraId="6456792D" w14:textId="5F77E7D0" w:rsidR="0061675A" w:rsidRPr="00F1449A" w:rsidRDefault="00C8753E" w:rsidP="0061675A">
      <w:pPr>
        <w:pStyle w:val="21"/>
        <w:jc w:val="center"/>
        <w:rPr>
          <w:rFonts w:ascii="ＭＳ 明朝" w:eastAsia="ＭＳ 明朝" w:hAnsi="ＭＳ 明朝"/>
          <w:color w:val="00B050"/>
          <w:sz w:val="32"/>
          <w:szCs w:val="32"/>
          <w:lang w:eastAsia="zh-TW"/>
        </w:rPr>
      </w:pPr>
      <w:r w:rsidRPr="00F1449A">
        <w:rPr>
          <w:rFonts w:ascii="ＭＳ 明朝" w:eastAsia="ＭＳ 明朝" w:hAnsi="ＭＳ 明朝"/>
          <w:color w:val="00B050"/>
          <w:sz w:val="32"/>
          <w:szCs w:val="32"/>
          <w:lang w:eastAsia="zh-TW"/>
        </w:rPr>
        <w:t>202</w:t>
      </w:r>
      <w:r w:rsidR="00946257">
        <w:rPr>
          <w:rFonts w:ascii="ＭＳ 明朝" w:eastAsia="ＭＳ 明朝" w:hAnsi="ＭＳ 明朝" w:hint="eastAsia"/>
          <w:color w:val="00B050"/>
          <w:sz w:val="32"/>
          <w:szCs w:val="32"/>
          <w:lang w:eastAsia="ja-JP"/>
        </w:rPr>
        <w:t>7</w:t>
      </w:r>
      <w:r w:rsidR="00C7727D" w:rsidRPr="00F1449A">
        <w:rPr>
          <w:rFonts w:ascii="ＭＳ 明朝" w:eastAsia="ＭＳ 明朝" w:hAnsi="ＭＳ 明朝" w:hint="eastAsia"/>
          <w:color w:val="00B050"/>
          <w:sz w:val="32"/>
          <w:szCs w:val="32"/>
          <w:lang w:eastAsia="zh-TW"/>
        </w:rPr>
        <w:t>年</w:t>
      </w:r>
      <w:r w:rsidRPr="00F1449A">
        <w:rPr>
          <w:rFonts w:ascii="ＭＳ 明朝" w:eastAsia="ＭＳ 明朝" w:hAnsi="ＭＳ 明朝"/>
          <w:color w:val="00B050"/>
          <w:sz w:val="32"/>
          <w:szCs w:val="32"/>
          <w:lang w:eastAsia="zh-TW"/>
        </w:rPr>
        <w:t>（令和</w:t>
      </w:r>
      <w:r w:rsidR="00946257">
        <w:rPr>
          <w:rFonts w:ascii="ＭＳ 明朝" w:eastAsia="ＭＳ 明朝" w:hAnsi="ＭＳ 明朝" w:hint="eastAsia"/>
          <w:color w:val="00B050"/>
          <w:sz w:val="32"/>
          <w:szCs w:val="32"/>
          <w:lang w:eastAsia="ja-JP"/>
        </w:rPr>
        <w:t>9</w:t>
      </w:r>
      <w:r w:rsidRPr="00F1449A">
        <w:rPr>
          <w:rFonts w:ascii="ＭＳ 明朝" w:eastAsia="ＭＳ 明朝" w:hAnsi="ＭＳ 明朝"/>
          <w:color w:val="00B050"/>
          <w:sz w:val="32"/>
          <w:szCs w:val="32"/>
          <w:lang w:eastAsia="zh-TW"/>
        </w:rPr>
        <w:t>年）</w:t>
      </w:r>
      <w:r w:rsidR="0061675A" w:rsidRPr="00F1449A">
        <w:rPr>
          <w:rFonts w:ascii="ＭＳ 明朝" w:eastAsia="ＭＳ 明朝" w:hAnsi="ＭＳ 明朝" w:hint="eastAsia"/>
          <w:color w:val="00B050"/>
          <w:sz w:val="32"/>
          <w:szCs w:val="32"/>
          <w:lang w:eastAsia="zh-TW"/>
        </w:rPr>
        <w:t xml:space="preserve"> </w:t>
      </w:r>
      <w:r w:rsidRPr="00F1449A">
        <w:rPr>
          <w:rFonts w:ascii="ＭＳ 明朝" w:eastAsia="ＭＳ 明朝" w:hAnsi="ＭＳ 明朝"/>
          <w:color w:val="00B050"/>
          <w:sz w:val="32"/>
          <w:szCs w:val="32"/>
          <w:lang w:eastAsia="zh-TW"/>
        </w:rPr>
        <w:t>門松 発注書</w:t>
      </w:r>
    </w:p>
    <w:p w14:paraId="6473A2D7" w14:textId="77777777" w:rsidR="0061675A" w:rsidRPr="00880214" w:rsidRDefault="0061675A" w:rsidP="0061675A">
      <w:pPr>
        <w:rPr>
          <w:lang w:eastAsia="zh-TW"/>
        </w:rPr>
      </w:pPr>
    </w:p>
    <w:p w14:paraId="433AF6BC" w14:textId="28103CB5" w:rsidR="00C7727D" w:rsidRPr="00C7727D" w:rsidRDefault="00C7727D" w:rsidP="0061675A">
      <w:pPr>
        <w:spacing w:after="0" w:line="240" w:lineRule="atLeast"/>
        <w:jc w:val="right"/>
        <w:rPr>
          <w:lang w:eastAsia="ja-JP"/>
        </w:rPr>
      </w:pPr>
      <w:proofErr w:type="spellStart"/>
      <w:r>
        <w:t>発注日（令和</w:t>
      </w:r>
      <w:proofErr w:type="spellEnd"/>
      <w:r w:rsidR="00946257">
        <w:rPr>
          <w:rFonts w:hint="eastAsia"/>
          <w:lang w:eastAsia="ja-JP"/>
        </w:rPr>
        <w:t>８</w:t>
      </w:r>
      <w:r>
        <w:t>年　　月　　日）</w:t>
      </w:r>
    </w:p>
    <w:tbl>
      <w:tblPr>
        <w:tblStyle w:val="afe"/>
        <w:tblW w:w="8897" w:type="dxa"/>
        <w:tblLook w:val="04A0" w:firstRow="1" w:lastRow="0" w:firstColumn="1" w:lastColumn="0" w:noHBand="0" w:noVBand="1"/>
      </w:tblPr>
      <w:tblGrid>
        <w:gridCol w:w="2518"/>
        <w:gridCol w:w="6379"/>
      </w:tblGrid>
      <w:tr w:rsidR="00C7727D" w:rsidRPr="00C7727D" w14:paraId="5A0C0486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481861F6" w14:textId="77777777" w:rsidR="00C7727D" w:rsidRPr="00C7727D" w:rsidRDefault="00C7727D" w:rsidP="00C7727D">
            <w:pPr>
              <w:jc w:val="center"/>
              <w:rPr>
                <w:sz w:val="28"/>
                <w:szCs w:val="28"/>
              </w:rPr>
            </w:pPr>
            <w:proofErr w:type="spellStart"/>
            <w:r w:rsidRPr="00C80CF6">
              <w:rPr>
                <w:spacing w:val="210"/>
                <w:sz w:val="28"/>
                <w:szCs w:val="28"/>
                <w:fitText w:val="2240" w:id="-616892416"/>
              </w:rPr>
              <w:t>ご依頼主</w:t>
            </w:r>
            <w:r w:rsidRPr="00C80CF6">
              <w:rPr>
                <w:sz w:val="28"/>
                <w:szCs w:val="28"/>
                <w:fitText w:val="2240" w:id="-616892416"/>
              </w:rPr>
              <w:t>名</w:t>
            </w:r>
            <w:proofErr w:type="spellEnd"/>
          </w:p>
        </w:tc>
        <w:tc>
          <w:tcPr>
            <w:tcW w:w="6379" w:type="dxa"/>
            <w:vAlign w:val="center"/>
          </w:tcPr>
          <w:p w14:paraId="6A730823" w14:textId="77777777" w:rsidR="00C7727D" w:rsidRPr="00C7727D" w:rsidRDefault="00C7727D" w:rsidP="00C7727D">
            <w:pPr>
              <w:rPr>
                <w:sz w:val="28"/>
                <w:szCs w:val="28"/>
              </w:rPr>
            </w:pPr>
          </w:p>
        </w:tc>
      </w:tr>
      <w:tr w:rsidR="00C7727D" w:rsidRPr="00C7727D" w14:paraId="44AEC91F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1A167268" w14:textId="77777777" w:rsidR="00C7727D" w:rsidRPr="00C7727D" w:rsidRDefault="00C7727D" w:rsidP="00C7727D">
            <w:pPr>
              <w:jc w:val="center"/>
              <w:rPr>
                <w:sz w:val="28"/>
                <w:szCs w:val="28"/>
              </w:rPr>
            </w:pPr>
            <w:proofErr w:type="spellStart"/>
            <w:r w:rsidRPr="00C7727D">
              <w:rPr>
                <w:spacing w:val="111"/>
                <w:sz w:val="28"/>
                <w:szCs w:val="28"/>
                <w:fitText w:val="2240" w:id="-616892415"/>
              </w:rPr>
              <w:t>ご依頼主住</w:t>
            </w:r>
            <w:r w:rsidRPr="00C7727D">
              <w:rPr>
                <w:spacing w:val="5"/>
                <w:sz w:val="28"/>
                <w:szCs w:val="28"/>
                <w:fitText w:val="2240" w:id="-616892415"/>
              </w:rPr>
              <w:t>所</w:t>
            </w:r>
            <w:proofErr w:type="spellEnd"/>
          </w:p>
        </w:tc>
        <w:tc>
          <w:tcPr>
            <w:tcW w:w="6379" w:type="dxa"/>
            <w:vAlign w:val="center"/>
          </w:tcPr>
          <w:p w14:paraId="6A2FBE92" w14:textId="77777777" w:rsidR="00C7727D" w:rsidRPr="00C7727D" w:rsidRDefault="00C7727D" w:rsidP="00C7727D">
            <w:pPr>
              <w:rPr>
                <w:sz w:val="28"/>
                <w:szCs w:val="28"/>
              </w:rPr>
            </w:pPr>
          </w:p>
        </w:tc>
      </w:tr>
      <w:tr w:rsidR="00C7727D" w:rsidRPr="00C7727D" w14:paraId="24843E4D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00667B30" w14:textId="77777777" w:rsidR="00C7727D" w:rsidRPr="00C7727D" w:rsidRDefault="00C7727D" w:rsidP="00C7727D">
            <w:pPr>
              <w:jc w:val="center"/>
              <w:rPr>
                <w:sz w:val="28"/>
                <w:szCs w:val="28"/>
              </w:rPr>
            </w:pPr>
            <w:proofErr w:type="spellStart"/>
            <w:r w:rsidRPr="00C7727D">
              <w:rPr>
                <w:sz w:val="28"/>
                <w:szCs w:val="28"/>
              </w:rPr>
              <w:t>ご依頼主電話番号</w:t>
            </w:r>
            <w:proofErr w:type="spellEnd"/>
          </w:p>
        </w:tc>
        <w:tc>
          <w:tcPr>
            <w:tcW w:w="6379" w:type="dxa"/>
            <w:vAlign w:val="center"/>
          </w:tcPr>
          <w:p w14:paraId="76909A81" w14:textId="77777777" w:rsidR="00C7727D" w:rsidRPr="00C7727D" w:rsidRDefault="00C7727D" w:rsidP="00C7727D">
            <w:pPr>
              <w:rPr>
                <w:sz w:val="28"/>
                <w:szCs w:val="28"/>
              </w:rPr>
            </w:pPr>
          </w:p>
        </w:tc>
      </w:tr>
      <w:tr w:rsidR="00C7727D" w:rsidRPr="00C7727D" w14:paraId="7639AA37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0056E65F" w14:textId="77777777" w:rsidR="00C7727D" w:rsidRPr="00C7727D" w:rsidRDefault="00C7727D" w:rsidP="00C7727D">
            <w:pPr>
              <w:jc w:val="center"/>
              <w:rPr>
                <w:sz w:val="28"/>
                <w:szCs w:val="28"/>
                <w:lang w:eastAsia="ja-JP"/>
              </w:rPr>
            </w:pPr>
            <w:r w:rsidRPr="00C80CF6">
              <w:rPr>
                <w:spacing w:val="373"/>
                <w:sz w:val="28"/>
                <w:szCs w:val="28"/>
                <w:fitText w:val="2240" w:id="-616892414"/>
                <w:lang w:eastAsia="ja-JP"/>
              </w:rPr>
              <w:t>発注数</w:t>
            </w:r>
            <w:r w:rsidRPr="00C80CF6">
              <w:rPr>
                <w:spacing w:val="2"/>
                <w:sz w:val="28"/>
                <w:szCs w:val="28"/>
                <w:fitText w:val="2240" w:id="-616892414"/>
                <w:lang w:eastAsia="ja-JP"/>
              </w:rPr>
              <w:t>量</w:t>
            </w:r>
          </w:p>
        </w:tc>
        <w:tc>
          <w:tcPr>
            <w:tcW w:w="6379" w:type="dxa"/>
            <w:vAlign w:val="center"/>
          </w:tcPr>
          <w:p w14:paraId="20D06830" w14:textId="77777777" w:rsidR="00C7727D" w:rsidRPr="00C7727D" w:rsidRDefault="00C7727D" w:rsidP="00C7727D">
            <w:pPr>
              <w:rPr>
                <w:sz w:val="28"/>
                <w:szCs w:val="28"/>
              </w:rPr>
            </w:pPr>
          </w:p>
        </w:tc>
      </w:tr>
      <w:tr w:rsidR="00C7727D" w:rsidRPr="00C7727D" w14:paraId="6F5C4F9E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1D43F1B9" w14:textId="77777777" w:rsidR="00C7727D" w:rsidRPr="00C7727D" w:rsidRDefault="00C7727D" w:rsidP="00C7727D">
            <w:pPr>
              <w:jc w:val="center"/>
              <w:rPr>
                <w:sz w:val="28"/>
                <w:szCs w:val="28"/>
                <w:lang w:eastAsia="zh-TW"/>
              </w:rPr>
            </w:pPr>
            <w:r w:rsidRPr="00C80CF6">
              <w:rPr>
                <w:spacing w:val="210"/>
                <w:sz w:val="28"/>
                <w:szCs w:val="28"/>
                <w:fitText w:val="2240" w:id="-616892413"/>
                <w:lang w:eastAsia="zh-TW"/>
              </w:rPr>
              <w:t>納品希望</w:t>
            </w:r>
            <w:r w:rsidRPr="00C80CF6">
              <w:rPr>
                <w:sz w:val="28"/>
                <w:szCs w:val="28"/>
                <w:fitText w:val="2240" w:id="-616892413"/>
                <w:lang w:eastAsia="zh-TW"/>
              </w:rPr>
              <w:t>日</w:t>
            </w:r>
          </w:p>
        </w:tc>
        <w:tc>
          <w:tcPr>
            <w:tcW w:w="6379" w:type="dxa"/>
            <w:vAlign w:val="center"/>
          </w:tcPr>
          <w:p w14:paraId="529D15DB" w14:textId="6F991362" w:rsidR="00C7727D" w:rsidRPr="00C7727D" w:rsidRDefault="007C281A" w:rsidP="00C7727D">
            <w:pPr>
              <w:rPr>
                <w:sz w:val="28"/>
                <w:szCs w:val="28"/>
                <w:lang w:eastAsia="ja-JP"/>
              </w:rPr>
            </w:pPr>
            <w:r>
              <w:rPr>
                <w:rFonts w:hint="eastAsia"/>
                <w:sz w:val="28"/>
                <w:szCs w:val="28"/>
                <w:lang w:eastAsia="ja-JP"/>
              </w:rPr>
              <w:t>12</w:t>
            </w:r>
            <w:r>
              <w:rPr>
                <w:rFonts w:hint="eastAsia"/>
                <w:sz w:val="28"/>
                <w:szCs w:val="28"/>
                <w:lang w:eastAsia="ja-JP"/>
              </w:rPr>
              <w:t>月</w:t>
            </w:r>
            <w:r w:rsidR="00C7727D" w:rsidRPr="00C7727D">
              <w:rPr>
                <w:sz w:val="28"/>
                <w:szCs w:val="28"/>
                <w:lang w:eastAsia="ja-JP"/>
              </w:rPr>
              <w:t>（</w:t>
            </w:r>
            <w:r w:rsidR="00C7727D" w:rsidRPr="00C7727D">
              <w:rPr>
                <w:sz w:val="28"/>
                <w:szCs w:val="28"/>
                <w:lang w:eastAsia="ja-JP"/>
              </w:rPr>
              <w:t>□</w:t>
            </w:r>
            <w:r w:rsidR="004A35FE">
              <w:rPr>
                <w:rFonts w:hint="eastAsia"/>
                <w:sz w:val="28"/>
                <w:szCs w:val="28"/>
                <w:lang w:eastAsia="ja-JP"/>
              </w:rPr>
              <w:t>２５</w:t>
            </w:r>
            <w:r w:rsidR="00C7727D" w:rsidRPr="00C7727D">
              <w:rPr>
                <w:sz w:val="28"/>
                <w:szCs w:val="28"/>
                <w:lang w:eastAsia="ja-JP"/>
              </w:rPr>
              <w:t>日</w:t>
            </w:r>
            <w:r>
              <w:rPr>
                <w:rFonts w:hint="eastAsia"/>
                <w:sz w:val="28"/>
                <w:szCs w:val="28"/>
                <w:lang w:eastAsia="ja-JP"/>
              </w:rPr>
              <w:t xml:space="preserve">　・</w:t>
            </w:r>
            <w:r w:rsidR="00C7727D" w:rsidRPr="00C7727D">
              <w:rPr>
                <w:sz w:val="28"/>
                <w:szCs w:val="28"/>
                <w:lang w:eastAsia="ja-JP"/>
              </w:rPr>
              <w:t xml:space="preserve">　</w:t>
            </w:r>
            <w:r w:rsidR="00C7727D" w:rsidRPr="00C7727D">
              <w:rPr>
                <w:sz w:val="28"/>
                <w:szCs w:val="28"/>
                <w:lang w:eastAsia="ja-JP"/>
              </w:rPr>
              <w:t>□</w:t>
            </w:r>
            <w:r w:rsidR="004A35FE">
              <w:rPr>
                <w:rFonts w:hint="eastAsia"/>
                <w:sz w:val="28"/>
                <w:szCs w:val="28"/>
                <w:lang w:eastAsia="ja-JP"/>
              </w:rPr>
              <w:t>２</w:t>
            </w:r>
            <w:r w:rsidR="00946257">
              <w:rPr>
                <w:rFonts w:hint="eastAsia"/>
                <w:sz w:val="28"/>
                <w:szCs w:val="28"/>
                <w:lang w:eastAsia="ja-JP"/>
              </w:rPr>
              <w:t>８</w:t>
            </w:r>
            <w:r w:rsidR="00C7727D" w:rsidRPr="00C7727D">
              <w:rPr>
                <w:sz w:val="28"/>
                <w:szCs w:val="28"/>
                <w:lang w:eastAsia="ja-JP"/>
              </w:rPr>
              <w:t>日）</w:t>
            </w:r>
          </w:p>
        </w:tc>
      </w:tr>
      <w:tr w:rsidR="00C7727D" w:rsidRPr="00C7727D" w14:paraId="6C90C22E" w14:textId="77777777" w:rsidTr="0061675A">
        <w:trPr>
          <w:trHeight w:val="454"/>
        </w:trPr>
        <w:tc>
          <w:tcPr>
            <w:tcW w:w="2518" w:type="dxa"/>
            <w:vAlign w:val="center"/>
          </w:tcPr>
          <w:p w14:paraId="4367512A" w14:textId="77777777" w:rsidR="00C7727D" w:rsidRPr="00C7727D" w:rsidRDefault="00C7727D" w:rsidP="00C7727D">
            <w:pPr>
              <w:jc w:val="center"/>
              <w:rPr>
                <w:sz w:val="28"/>
                <w:szCs w:val="28"/>
                <w:lang w:eastAsia="zh-TW"/>
              </w:rPr>
            </w:pPr>
            <w:r w:rsidRPr="00C7727D">
              <w:rPr>
                <w:spacing w:val="111"/>
                <w:sz w:val="28"/>
                <w:szCs w:val="28"/>
                <w:fitText w:val="2240" w:id="-616892412"/>
                <w:lang w:eastAsia="ja-JP"/>
              </w:rPr>
              <w:t>お支払い方</w:t>
            </w:r>
            <w:r w:rsidRPr="00C7727D">
              <w:rPr>
                <w:spacing w:val="5"/>
                <w:sz w:val="28"/>
                <w:szCs w:val="28"/>
                <w:fitText w:val="2240" w:id="-616892412"/>
                <w:lang w:eastAsia="ja-JP"/>
              </w:rPr>
              <w:t>法</w:t>
            </w:r>
          </w:p>
        </w:tc>
        <w:tc>
          <w:tcPr>
            <w:tcW w:w="6379" w:type="dxa"/>
            <w:vAlign w:val="center"/>
          </w:tcPr>
          <w:p w14:paraId="6DA1A055" w14:textId="77777777" w:rsidR="00C7727D" w:rsidRPr="00C7727D" w:rsidRDefault="00C7727D" w:rsidP="004A35FE">
            <w:pPr>
              <w:rPr>
                <w:sz w:val="28"/>
                <w:szCs w:val="28"/>
                <w:lang w:eastAsia="ja-JP"/>
              </w:rPr>
            </w:pPr>
            <w:r w:rsidRPr="00C7727D">
              <w:rPr>
                <w:sz w:val="28"/>
                <w:szCs w:val="28"/>
                <w:lang w:eastAsia="ja-JP"/>
              </w:rPr>
              <w:t>振り込み</w:t>
            </w:r>
            <w:r w:rsidR="0095646F">
              <w:rPr>
                <w:rFonts w:hint="eastAsia"/>
                <w:sz w:val="28"/>
                <w:szCs w:val="28"/>
                <w:lang w:eastAsia="ja-JP"/>
              </w:rPr>
              <w:t>になります。</w:t>
            </w:r>
          </w:p>
        </w:tc>
      </w:tr>
    </w:tbl>
    <w:p w14:paraId="08764EBC" w14:textId="5A796960" w:rsidR="00424527" w:rsidRPr="0095646F" w:rsidRDefault="007C281A" w:rsidP="00F1449A">
      <w:pPr>
        <w:spacing w:after="0" w:line="320" w:lineRule="exact"/>
        <w:ind w:leftChars="100" w:left="220"/>
        <w:jc w:val="right"/>
        <w:rPr>
          <w:b/>
          <w:bCs/>
          <w:color w:val="EE0000"/>
          <w:sz w:val="28"/>
          <w:szCs w:val="28"/>
          <w:lang w:eastAsia="ja-JP"/>
        </w:rPr>
      </w:pP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※</w:t>
      </w:r>
      <w:r w:rsidR="0095646F"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ご注文</w:t>
      </w:r>
      <w:proofErr w:type="gramStart"/>
      <w:r w:rsidR="0095646F"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締切</w:t>
      </w:r>
      <w:proofErr w:type="gramEnd"/>
      <w:r w:rsidR="0095646F"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：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令和</w:t>
      </w:r>
      <w:r w:rsidR="00946257">
        <w:rPr>
          <w:rFonts w:hint="eastAsia"/>
          <w:b/>
          <w:bCs/>
          <w:color w:val="EE0000"/>
          <w:sz w:val="28"/>
          <w:szCs w:val="28"/>
          <w:lang w:eastAsia="ja-JP"/>
        </w:rPr>
        <w:t>８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年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11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月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2</w:t>
      </w:r>
      <w:r w:rsidR="00946257">
        <w:rPr>
          <w:rFonts w:hint="eastAsia"/>
          <w:b/>
          <w:bCs/>
          <w:color w:val="EE0000"/>
          <w:sz w:val="28"/>
          <w:szCs w:val="28"/>
          <w:lang w:eastAsia="ja-JP"/>
        </w:rPr>
        <w:t>0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日（</w:t>
      </w:r>
      <w:r w:rsidR="00946257">
        <w:rPr>
          <w:rFonts w:hint="eastAsia"/>
          <w:b/>
          <w:bCs/>
          <w:color w:val="EE0000"/>
          <w:sz w:val="28"/>
          <w:szCs w:val="28"/>
          <w:lang w:eastAsia="ja-JP"/>
        </w:rPr>
        <w:t>金</w:t>
      </w:r>
      <w:r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）</w:t>
      </w:r>
      <w:r w:rsidR="0095646F" w:rsidRPr="0095646F">
        <w:rPr>
          <w:rFonts w:hint="eastAsia"/>
          <w:b/>
          <w:bCs/>
          <w:color w:val="EE0000"/>
          <w:sz w:val="28"/>
          <w:szCs w:val="28"/>
          <w:lang w:eastAsia="ja-JP"/>
        </w:rPr>
        <w:t>まで</w:t>
      </w:r>
    </w:p>
    <w:p w14:paraId="3DB724B0" w14:textId="77777777" w:rsidR="0095646F" w:rsidRPr="00C7727D" w:rsidRDefault="0095646F" w:rsidP="0095646F">
      <w:pPr>
        <w:spacing w:after="0" w:line="360" w:lineRule="exact"/>
        <w:ind w:right="1120"/>
        <w:rPr>
          <w:sz w:val="28"/>
          <w:szCs w:val="28"/>
          <w:lang w:eastAsia="ja-JP"/>
        </w:rPr>
      </w:pPr>
    </w:p>
    <w:p w14:paraId="36075C17" w14:textId="77777777" w:rsidR="002A7FEB" w:rsidRPr="0061675A" w:rsidRDefault="0061675A" w:rsidP="0061675A">
      <w:pPr>
        <w:spacing w:after="0" w:line="360" w:lineRule="exact"/>
        <w:ind w:leftChars="100" w:left="220"/>
        <w:rPr>
          <w:b/>
          <w:bCs/>
          <w:sz w:val="24"/>
          <w:szCs w:val="24"/>
          <w:lang w:eastAsia="ja-JP"/>
        </w:rPr>
      </w:pPr>
      <w:r w:rsidRPr="0061675A">
        <w:rPr>
          <w:b/>
          <w:bCs/>
          <w:noProof/>
          <w:sz w:val="24"/>
          <w:szCs w:val="24"/>
          <w:lang w:eastAsia="ja-JP"/>
        </w:rPr>
        <w:drawing>
          <wp:anchor distT="0" distB="0" distL="114300" distR="114300" simplePos="0" relativeHeight="251671040" behindDoc="0" locked="0" layoutInCell="1" allowOverlap="1" wp14:anchorId="3BFB7413" wp14:editId="329F6DEC">
            <wp:simplePos x="0" y="0"/>
            <wp:positionH relativeFrom="column">
              <wp:posOffset>4638444</wp:posOffset>
            </wp:positionH>
            <wp:positionV relativeFrom="paragraph">
              <wp:posOffset>95885</wp:posOffset>
            </wp:positionV>
            <wp:extent cx="727075" cy="727075"/>
            <wp:effectExtent l="0" t="0" r="0" b="0"/>
            <wp:wrapNone/>
            <wp:docPr id="2858232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23262" name="図 28582326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75A">
        <w:rPr>
          <w:b/>
          <w:bCs/>
          <w:sz w:val="24"/>
          <w:szCs w:val="24"/>
          <w:lang w:eastAsia="ja-JP"/>
        </w:rPr>
        <w:t>公益社団法人</w:t>
      </w:r>
      <w:r w:rsidRPr="0061675A">
        <w:rPr>
          <w:b/>
          <w:bCs/>
          <w:sz w:val="24"/>
          <w:szCs w:val="24"/>
          <w:lang w:eastAsia="ja-JP"/>
        </w:rPr>
        <w:t xml:space="preserve"> </w:t>
      </w:r>
      <w:r w:rsidRPr="0061675A">
        <w:rPr>
          <w:b/>
          <w:bCs/>
          <w:sz w:val="24"/>
          <w:szCs w:val="24"/>
          <w:lang w:eastAsia="ja-JP"/>
        </w:rPr>
        <w:t>三沢市シルバー人材センター</w:t>
      </w:r>
    </w:p>
    <w:p w14:paraId="5364A443" w14:textId="77777777" w:rsidR="002A7FEB" w:rsidRPr="0061675A" w:rsidRDefault="00C8753E" w:rsidP="0061675A">
      <w:pPr>
        <w:spacing w:after="0" w:line="360" w:lineRule="exact"/>
        <w:ind w:leftChars="100" w:left="220" w:firstLineChars="100" w:firstLine="240"/>
        <w:rPr>
          <w:sz w:val="24"/>
          <w:szCs w:val="24"/>
        </w:rPr>
      </w:pPr>
      <w:r w:rsidRPr="0061675A">
        <w:rPr>
          <w:sz w:val="24"/>
          <w:szCs w:val="24"/>
        </w:rPr>
        <w:t>〒</w:t>
      </w:r>
      <w:r w:rsidRPr="0061675A">
        <w:rPr>
          <w:sz w:val="24"/>
          <w:szCs w:val="24"/>
        </w:rPr>
        <w:t>033-0043</w:t>
      </w:r>
      <w:r w:rsidRPr="0061675A">
        <w:rPr>
          <w:sz w:val="24"/>
          <w:szCs w:val="24"/>
        </w:rPr>
        <w:t xml:space="preserve">　三沢市千代田町</w:t>
      </w:r>
      <w:r w:rsidRPr="0061675A">
        <w:rPr>
          <w:sz w:val="24"/>
          <w:szCs w:val="24"/>
        </w:rPr>
        <w:t>4</w:t>
      </w:r>
      <w:r w:rsidRPr="0061675A">
        <w:rPr>
          <w:sz w:val="24"/>
          <w:szCs w:val="24"/>
        </w:rPr>
        <w:t>丁目</w:t>
      </w:r>
      <w:r w:rsidRPr="0061675A">
        <w:rPr>
          <w:sz w:val="24"/>
          <w:szCs w:val="24"/>
        </w:rPr>
        <w:t>140-369</w:t>
      </w:r>
    </w:p>
    <w:p w14:paraId="56FE8A3C" w14:textId="77777777" w:rsidR="002A7FEB" w:rsidRPr="0061675A" w:rsidRDefault="00C8753E" w:rsidP="0061675A">
      <w:pPr>
        <w:spacing w:after="0" w:line="360" w:lineRule="exact"/>
        <w:ind w:leftChars="100" w:left="220" w:firstLineChars="100" w:firstLine="240"/>
        <w:rPr>
          <w:sz w:val="24"/>
          <w:szCs w:val="24"/>
        </w:rPr>
      </w:pPr>
      <w:r w:rsidRPr="0061675A">
        <w:rPr>
          <w:sz w:val="24"/>
          <w:szCs w:val="24"/>
        </w:rPr>
        <w:t>TEL</w:t>
      </w:r>
      <w:r w:rsidRPr="0061675A">
        <w:rPr>
          <w:sz w:val="24"/>
          <w:szCs w:val="24"/>
        </w:rPr>
        <w:t>：</w:t>
      </w:r>
      <w:r w:rsidRPr="0061675A">
        <w:rPr>
          <w:sz w:val="24"/>
          <w:szCs w:val="24"/>
        </w:rPr>
        <w:t>0176-51-2240</w:t>
      </w:r>
      <w:r w:rsidRPr="0061675A">
        <w:rPr>
          <w:sz w:val="24"/>
          <w:szCs w:val="24"/>
        </w:rPr>
        <w:t xml:space="preserve">　</w:t>
      </w:r>
      <w:r w:rsidR="0061675A">
        <w:rPr>
          <w:rFonts w:hint="eastAsia"/>
          <w:sz w:val="24"/>
          <w:szCs w:val="24"/>
          <w:lang w:eastAsia="ja-JP"/>
        </w:rPr>
        <w:t xml:space="preserve">　</w:t>
      </w:r>
      <w:r w:rsidRPr="0061675A">
        <w:rPr>
          <w:sz w:val="24"/>
          <w:szCs w:val="24"/>
        </w:rPr>
        <w:t>FAX</w:t>
      </w:r>
      <w:r w:rsidRPr="0061675A">
        <w:rPr>
          <w:sz w:val="24"/>
          <w:szCs w:val="24"/>
        </w:rPr>
        <w:t>：</w:t>
      </w:r>
      <w:r w:rsidRPr="0061675A">
        <w:rPr>
          <w:sz w:val="24"/>
          <w:szCs w:val="24"/>
        </w:rPr>
        <w:t>0176-51-2550</w:t>
      </w:r>
    </w:p>
    <w:p w14:paraId="7E0A0F36" w14:textId="77777777" w:rsidR="002A7FEB" w:rsidRPr="0061675A" w:rsidRDefault="00C8753E" w:rsidP="0061675A">
      <w:pPr>
        <w:spacing w:after="0" w:line="360" w:lineRule="exact"/>
        <w:ind w:leftChars="100" w:left="220" w:firstLineChars="100" w:firstLine="240"/>
        <w:rPr>
          <w:sz w:val="24"/>
          <w:szCs w:val="24"/>
        </w:rPr>
      </w:pPr>
      <w:r w:rsidRPr="0061675A">
        <w:rPr>
          <w:sz w:val="24"/>
          <w:szCs w:val="24"/>
        </w:rPr>
        <w:t>E-mail</w:t>
      </w:r>
      <w:r w:rsidRPr="0061675A">
        <w:rPr>
          <w:sz w:val="24"/>
          <w:szCs w:val="24"/>
        </w:rPr>
        <w:t>：</w:t>
      </w:r>
      <w:r w:rsidRPr="0061675A">
        <w:rPr>
          <w:sz w:val="24"/>
          <w:szCs w:val="24"/>
        </w:rPr>
        <w:t>misawa@sjc.ne.jp</w:t>
      </w:r>
    </w:p>
    <w:sectPr w:rsidR="002A7FEB" w:rsidRPr="0061675A" w:rsidSect="00C80CF6">
      <w:pgSz w:w="11906" w:h="16838" w:code="9"/>
      <w:pgMar w:top="964" w:right="1797" w:bottom="130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43000" w14:textId="77777777" w:rsidR="009119C0" w:rsidRDefault="009119C0" w:rsidP="00424527">
      <w:pPr>
        <w:spacing w:after="0" w:line="240" w:lineRule="auto"/>
      </w:pPr>
      <w:r>
        <w:separator/>
      </w:r>
    </w:p>
  </w:endnote>
  <w:endnote w:type="continuationSeparator" w:id="0">
    <w:p w14:paraId="3877E5CC" w14:textId="77777777" w:rsidR="009119C0" w:rsidRDefault="009119C0" w:rsidP="0042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86B1" w14:textId="77777777" w:rsidR="009119C0" w:rsidRDefault="009119C0" w:rsidP="00424527">
      <w:pPr>
        <w:spacing w:after="0" w:line="240" w:lineRule="auto"/>
      </w:pPr>
      <w:r>
        <w:separator/>
      </w:r>
    </w:p>
  </w:footnote>
  <w:footnote w:type="continuationSeparator" w:id="0">
    <w:p w14:paraId="4C80570A" w14:textId="77777777" w:rsidR="009119C0" w:rsidRDefault="009119C0" w:rsidP="00424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3214140">
    <w:abstractNumId w:val="8"/>
  </w:num>
  <w:num w:numId="2" w16cid:durableId="589242035">
    <w:abstractNumId w:val="6"/>
  </w:num>
  <w:num w:numId="3" w16cid:durableId="2000033541">
    <w:abstractNumId w:val="5"/>
  </w:num>
  <w:num w:numId="4" w16cid:durableId="395053772">
    <w:abstractNumId w:val="4"/>
  </w:num>
  <w:num w:numId="5" w16cid:durableId="1331560825">
    <w:abstractNumId w:val="7"/>
  </w:num>
  <w:num w:numId="6" w16cid:durableId="239410365">
    <w:abstractNumId w:val="3"/>
  </w:num>
  <w:num w:numId="7" w16cid:durableId="144127982">
    <w:abstractNumId w:val="2"/>
  </w:num>
  <w:num w:numId="8" w16cid:durableId="940333858">
    <w:abstractNumId w:val="1"/>
  </w:num>
  <w:num w:numId="9" w16cid:durableId="194491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0FD"/>
    <w:rsid w:val="000B11DC"/>
    <w:rsid w:val="000B19CF"/>
    <w:rsid w:val="000C1A7A"/>
    <w:rsid w:val="00112518"/>
    <w:rsid w:val="0015074B"/>
    <w:rsid w:val="0029639D"/>
    <w:rsid w:val="002A7FEB"/>
    <w:rsid w:val="00315ABB"/>
    <w:rsid w:val="00326F90"/>
    <w:rsid w:val="003D01FE"/>
    <w:rsid w:val="00424527"/>
    <w:rsid w:val="00465672"/>
    <w:rsid w:val="004A35FE"/>
    <w:rsid w:val="004F06CA"/>
    <w:rsid w:val="0061675A"/>
    <w:rsid w:val="007C281A"/>
    <w:rsid w:val="00880214"/>
    <w:rsid w:val="009119C0"/>
    <w:rsid w:val="00946257"/>
    <w:rsid w:val="0095646F"/>
    <w:rsid w:val="00A95FA7"/>
    <w:rsid w:val="00AA1D8D"/>
    <w:rsid w:val="00B47730"/>
    <w:rsid w:val="00C7727D"/>
    <w:rsid w:val="00C80CF6"/>
    <w:rsid w:val="00C8753E"/>
    <w:rsid w:val="00CB0664"/>
    <w:rsid w:val="00D81912"/>
    <w:rsid w:val="00D96D8E"/>
    <w:rsid w:val="00F1449A"/>
    <w:rsid w:val="00FC0B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61D7C"/>
  <w14:defaultImageDpi w14:val="300"/>
  <w15:docId w15:val="{599C5388-F941-4554-99C7-EC505EFA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人材センター シルバー</cp:lastModifiedBy>
  <cp:revision>7</cp:revision>
  <cp:lastPrinted>2026-09-28T23:04:00Z</cp:lastPrinted>
  <dcterms:created xsi:type="dcterms:W3CDTF">2013-12-23T23:15:00Z</dcterms:created>
  <dcterms:modified xsi:type="dcterms:W3CDTF">2026-09-28T23:06:00Z</dcterms:modified>
  <cp:category/>
</cp:coreProperties>
</file>