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449A" w:rsidRPr="00F1449A" w:rsidRDefault="00000000" w:rsidP="00F1449A">
      <w:pPr>
        <w:pStyle w:val="1"/>
        <w:spacing w:after="240"/>
        <w:jc w:val="center"/>
        <w:rPr>
          <w:rFonts w:ascii="HG正楷書体-PRO" w:eastAsia="HG正楷書体-PRO"/>
          <w:color w:val="EE0000"/>
          <w:sz w:val="56"/>
          <w:szCs w:val="56"/>
          <w:lang w:eastAsia="ja-JP"/>
        </w:rPr>
      </w:pPr>
      <w:r w:rsidRPr="00C7727D">
        <w:rPr>
          <w:rFonts w:ascii="HG正楷書体-PRO" w:eastAsia="HG正楷書体-PRO" w:hint="eastAsia"/>
          <w:color w:val="EE0000"/>
          <w:sz w:val="56"/>
          <w:szCs w:val="56"/>
          <w:lang w:eastAsia="ja-JP"/>
        </w:rPr>
        <w:t>門松</w:t>
      </w:r>
      <w:r w:rsidR="00C7727D">
        <w:rPr>
          <w:rFonts w:ascii="HG正楷書体-PRO" w:eastAsia="HG正楷書体-PRO" w:hint="eastAsia"/>
          <w:color w:val="EE0000"/>
          <w:sz w:val="56"/>
          <w:szCs w:val="56"/>
          <w:lang w:eastAsia="ja-JP"/>
        </w:rPr>
        <w:t xml:space="preserve"> </w:t>
      </w:r>
      <w:r w:rsidR="00F1449A">
        <w:rPr>
          <w:rFonts w:ascii="HG正楷書体-PRO" w:eastAsia="HG正楷書体-PRO" w:hint="eastAsia"/>
          <w:color w:val="EE0000"/>
          <w:sz w:val="56"/>
          <w:szCs w:val="56"/>
          <w:lang w:eastAsia="ja-JP"/>
        </w:rPr>
        <w:t>ご注文承り</w:t>
      </w:r>
      <w:r w:rsidR="00F1449A" w:rsidRPr="00F1449A">
        <w:rPr>
          <w:rFonts w:ascii="HG正楷書体-PRO" w:eastAsia="HG正楷書体-PRO"/>
          <w:color w:val="EE0000"/>
          <w:sz w:val="56"/>
          <w:szCs w:val="56"/>
          <w:lang w:eastAsia="ja-JP"/>
        </w:rPr>
        <w:t>中</w:t>
      </w:r>
    </w:p>
    <w:p w:rsidR="0061675A" w:rsidRDefault="0061675A" w:rsidP="0095646F">
      <w:pPr>
        <w:ind w:firstLineChars="100" w:firstLine="280"/>
        <w:rPr>
          <w:rFonts w:ascii="HG正楷書体-PRO" w:eastAsia="HG正楷書体-PRO"/>
          <w:lang w:eastAsia="ja-JP"/>
        </w:rPr>
      </w:pPr>
      <w:r w:rsidRPr="00C7727D">
        <w:rPr>
          <w:rFonts w:ascii="UD デジタル 教科書体 NP" w:eastAsia="UD デジタル 教科書体 NP" w:hint="eastAsia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80876</wp:posOffset>
            </wp:positionH>
            <wp:positionV relativeFrom="paragraph">
              <wp:posOffset>509905</wp:posOffset>
            </wp:positionV>
            <wp:extent cx="942340" cy="26701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227_10192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234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C7727D">
        <w:rPr>
          <w:rFonts w:ascii="HG正楷書体-PRO" w:eastAsia="HG正楷書体-PRO" w:hint="eastAsia"/>
          <w:lang w:eastAsia="ja-JP"/>
        </w:rPr>
        <w:t>三沢市シルバー人材センター門松班の会員が、</w:t>
      </w:r>
      <w:r w:rsidR="00F1449A">
        <w:rPr>
          <w:rFonts w:ascii="HG正楷書体-PRO" w:eastAsia="HG正楷書体-PRO" w:hint="eastAsia"/>
          <w:lang w:eastAsia="ja-JP"/>
        </w:rPr>
        <w:t>一点ずつ丁寧に手作りしております。数には限りがございますのでお早めにご注文お願い致します</w:t>
      </w:r>
      <w:r w:rsidR="00000000" w:rsidRPr="00C7727D">
        <w:rPr>
          <w:rFonts w:ascii="HG正楷書体-PRO" w:eastAsia="HG正楷書体-PRO" w:hint="eastAsia"/>
          <w:lang w:eastAsia="ja-JP"/>
        </w:rPr>
        <w:t>。</w:t>
      </w:r>
    </w:p>
    <w:p w:rsidR="0095646F" w:rsidRPr="00F1449A" w:rsidRDefault="0095646F" w:rsidP="0095646F">
      <w:pPr>
        <w:ind w:firstLineChars="100" w:firstLine="220"/>
        <w:rPr>
          <w:rFonts w:ascii="HG正楷書体-PRO" w:eastAsia="HG正楷書体-PRO" w:hint="eastAsia"/>
          <w:lang w:eastAsia="ja-JP"/>
        </w:rPr>
      </w:pPr>
    </w:p>
    <w:p w:rsidR="002A7FEB" w:rsidRPr="0095646F" w:rsidRDefault="00000000" w:rsidP="0061675A">
      <w:pPr>
        <w:spacing w:after="0" w:line="500" w:lineRule="exact"/>
        <w:ind w:firstLineChars="860" w:firstLine="2064"/>
        <w:rPr>
          <w:rFonts w:ascii="HG正楷書体-PRO" w:eastAsia="HG正楷書体-PRO" w:hint="eastAsia"/>
          <w:sz w:val="24"/>
          <w:szCs w:val="24"/>
          <w:lang w:eastAsia="ja-JP"/>
        </w:rPr>
      </w:pPr>
      <w:r w:rsidRPr="0095646F">
        <w:rPr>
          <w:rFonts w:ascii="HG正楷書体-PRO" w:eastAsia="HG正楷書体-PRO" w:hint="eastAsia"/>
          <w:sz w:val="24"/>
          <w:szCs w:val="24"/>
          <w:lang w:eastAsia="ja-JP"/>
        </w:rPr>
        <w:t xml:space="preserve">■ </w:t>
      </w:r>
      <w:r w:rsidR="0095646F">
        <w:rPr>
          <w:rFonts w:ascii="HG正楷書体-PRO" w:eastAsia="HG正楷書体-PRO" w:hint="eastAsia"/>
          <w:sz w:val="24"/>
          <w:szCs w:val="24"/>
          <w:lang w:eastAsia="ja-JP"/>
        </w:rPr>
        <w:t>１対</w:t>
      </w:r>
      <w:r w:rsidRPr="0095646F">
        <w:rPr>
          <w:rFonts w:ascii="HG正楷書体-PRO" w:eastAsia="HG正楷書体-PRO" w:hint="eastAsia"/>
          <w:sz w:val="24"/>
          <w:szCs w:val="24"/>
          <w:lang w:eastAsia="ja-JP"/>
        </w:rPr>
        <w:t>価格</w:t>
      </w:r>
    </w:p>
    <w:p w:rsidR="002A7FEB" w:rsidRPr="00F1449A" w:rsidRDefault="00000000" w:rsidP="0061675A">
      <w:pPr>
        <w:spacing w:after="0" w:line="500" w:lineRule="exact"/>
        <w:ind w:firstLineChars="960" w:firstLine="2304"/>
        <w:rPr>
          <w:rFonts w:ascii="HG正楷書体-PRO" w:eastAsia="HG正楷書体-PRO" w:hint="eastAsia"/>
          <w:sz w:val="24"/>
          <w:szCs w:val="24"/>
          <w:u w:val="single"/>
          <w:lang w:eastAsia="ja-JP"/>
        </w:rPr>
      </w:pPr>
      <w:r w:rsidRPr="00F1449A">
        <w:rPr>
          <w:rFonts w:ascii="HG正楷書体-PRO" w:eastAsia="HG正楷書体-PRO" w:hint="eastAsia"/>
          <w:sz w:val="24"/>
          <w:szCs w:val="24"/>
          <w:u w:val="single"/>
          <w:lang w:eastAsia="ja-JP"/>
        </w:rPr>
        <w:t>高さ５尺（150cm）　36,</w:t>
      </w:r>
      <w:r w:rsidR="003D01FE">
        <w:rPr>
          <w:rFonts w:ascii="HG正楷書体-PRO" w:eastAsia="HG正楷書体-PRO" w:hint="eastAsia"/>
          <w:sz w:val="24"/>
          <w:szCs w:val="24"/>
          <w:u w:val="single"/>
          <w:lang w:eastAsia="ja-JP"/>
        </w:rPr>
        <w:t>０</w:t>
      </w:r>
      <w:r w:rsidRPr="00F1449A">
        <w:rPr>
          <w:rFonts w:ascii="HG正楷書体-PRO" w:eastAsia="HG正楷書体-PRO" w:hint="eastAsia"/>
          <w:sz w:val="24"/>
          <w:szCs w:val="24"/>
          <w:u w:val="single"/>
          <w:lang w:eastAsia="ja-JP"/>
        </w:rPr>
        <w:t>00円（</w:t>
      </w:r>
      <w:r w:rsidR="003D01FE">
        <w:rPr>
          <w:rFonts w:ascii="HG正楷書体-PRO" w:eastAsia="HG正楷書体-PRO" w:hint="eastAsia"/>
          <w:sz w:val="24"/>
          <w:szCs w:val="24"/>
          <w:u w:val="single"/>
          <w:lang w:eastAsia="ja-JP"/>
        </w:rPr>
        <w:t>税込み</w:t>
      </w:r>
      <w:r w:rsidRPr="00F1449A">
        <w:rPr>
          <w:rFonts w:ascii="HG正楷書体-PRO" w:eastAsia="HG正楷書体-PRO" w:hint="eastAsia"/>
          <w:sz w:val="24"/>
          <w:szCs w:val="24"/>
          <w:u w:val="single"/>
          <w:lang w:eastAsia="ja-JP"/>
        </w:rPr>
        <w:t>）</w:t>
      </w:r>
    </w:p>
    <w:p w:rsidR="0095646F" w:rsidRPr="0095646F" w:rsidRDefault="0095646F" w:rsidP="0095646F">
      <w:pPr>
        <w:spacing w:after="0" w:line="500" w:lineRule="exact"/>
        <w:rPr>
          <w:rFonts w:ascii="HG正楷書体-PRO" w:eastAsia="HG正楷書体-PRO" w:hint="eastAsia"/>
          <w:sz w:val="24"/>
          <w:szCs w:val="24"/>
          <w:lang w:eastAsia="ja-JP"/>
        </w:rPr>
      </w:pPr>
    </w:p>
    <w:p w:rsidR="002A7FEB" w:rsidRPr="0095646F" w:rsidRDefault="00000000" w:rsidP="0061675A">
      <w:pPr>
        <w:spacing w:after="0" w:line="500" w:lineRule="exact"/>
        <w:ind w:firstLineChars="860" w:firstLine="2064"/>
        <w:rPr>
          <w:rFonts w:ascii="HG正楷書体-PRO" w:eastAsia="HG正楷書体-PRO" w:hint="eastAsia"/>
          <w:sz w:val="24"/>
          <w:szCs w:val="24"/>
          <w:lang w:eastAsia="ja-JP"/>
        </w:rPr>
      </w:pPr>
      <w:r w:rsidRPr="0095646F">
        <w:rPr>
          <w:rFonts w:ascii="HG正楷書体-PRO" w:eastAsia="HG正楷書体-PRO" w:hint="eastAsia"/>
          <w:sz w:val="24"/>
          <w:szCs w:val="24"/>
          <w:lang w:eastAsia="ja-JP"/>
        </w:rPr>
        <w:t>■ 納品・回収</w:t>
      </w:r>
    </w:p>
    <w:p w:rsidR="002A7FEB" w:rsidRPr="00F1449A" w:rsidRDefault="00000000" w:rsidP="0061675A">
      <w:pPr>
        <w:spacing w:after="0" w:line="500" w:lineRule="exact"/>
        <w:ind w:firstLineChars="960" w:firstLine="2304"/>
        <w:rPr>
          <w:rFonts w:ascii="HG正楷書体-PRO" w:eastAsia="HG正楷書体-PRO" w:hint="eastAsia"/>
          <w:sz w:val="24"/>
          <w:szCs w:val="24"/>
          <w:u w:val="single"/>
          <w:lang w:eastAsia="zh-TW"/>
        </w:rPr>
      </w:pPr>
      <w:r w:rsidRPr="00F1449A">
        <w:rPr>
          <w:rFonts w:ascii="HG正楷書体-PRO" w:eastAsia="HG正楷書体-PRO" w:hint="eastAsia"/>
          <w:sz w:val="24"/>
          <w:szCs w:val="24"/>
          <w:u w:val="single"/>
          <w:lang w:eastAsia="zh-TW"/>
        </w:rPr>
        <w:t>納品：令和7年12月25日</w:t>
      </w:r>
      <w:r w:rsidR="007C281A" w:rsidRPr="00F1449A">
        <w:rPr>
          <w:rFonts w:ascii="HG正楷書体-PRO" w:eastAsia="HG正楷書体-PRO" w:hint="eastAsia"/>
          <w:sz w:val="24"/>
          <w:szCs w:val="24"/>
          <w:u w:val="single"/>
          <w:lang w:eastAsia="zh-TW"/>
        </w:rPr>
        <w:t>（</w:t>
      </w:r>
      <w:r w:rsidR="007C281A" w:rsidRPr="00F1449A">
        <w:rPr>
          <w:rFonts w:ascii="HG正楷書体-PRO" w:eastAsia="HG正楷書体-PRO" w:hint="eastAsia"/>
          <w:sz w:val="24"/>
          <w:szCs w:val="24"/>
          <w:u w:val="single"/>
          <w:lang w:eastAsia="zh-TW"/>
        </w:rPr>
        <w:t>木</w:t>
      </w:r>
      <w:r w:rsidR="007C281A" w:rsidRPr="00F1449A">
        <w:rPr>
          <w:rFonts w:ascii="HG正楷書体-PRO" w:eastAsia="HG正楷書体-PRO" w:hint="eastAsia"/>
          <w:sz w:val="24"/>
          <w:szCs w:val="24"/>
          <w:u w:val="single"/>
          <w:lang w:eastAsia="zh-TW"/>
        </w:rPr>
        <w:t>）</w:t>
      </w:r>
      <w:r w:rsidRPr="00F1449A">
        <w:rPr>
          <w:rFonts w:ascii="HG正楷書体-PRO" w:eastAsia="HG正楷書体-PRO" w:hint="eastAsia"/>
          <w:sz w:val="24"/>
          <w:szCs w:val="24"/>
          <w:u w:val="single"/>
          <w:lang w:eastAsia="zh-TW"/>
        </w:rPr>
        <w:t>～26日</w:t>
      </w:r>
      <w:r w:rsidR="007C281A" w:rsidRPr="00F1449A">
        <w:rPr>
          <w:rFonts w:ascii="HG正楷書体-PRO" w:eastAsia="HG正楷書体-PRO" w:hint="eastAsia"/>
          <w:sz w:val="24"/>
          <w:szCs w:val="24"/>
          <w:u w:val="single"/>
          <w:lang w:eastAsia="zh-TW"/>
        </w:rPr>
        <w:t>（</w:t>
      </w:r>
      <w:r w:rsidR="007C281A" w:rsidRPr="00F1449A">
        <w:rPr>
          <w:rFonts w:ascii="HG正楷書体-PRO" w:eastAsia="HG正楷書体-PRO" w:hint="eastAsia"/>
          <w:sz w:val="24"/>
          <w:szCs w:val="24"/>
          <w:u w:val="single"/>
          <w:lang w:eastAsia="zh-TW"/>
        </w:rPr>
        <w:t>金</w:t>
      </w:r>
      <w:r w:rsidR="007C281A" w:rsidRPr="00F1449A">
        <w:rPr>
          <w:rFonts w:ascii="HG正楷書体-PRO" w:eastAsia="HG正楷書体-PRO" w:hint="eastAsia"/>
          <w:sz w:val="24"/>
          <w:szCs w:val="24"/>
          <w:u w:val="single"/>
          <w:lang w:eastAsia="zh-TW"/>
        </w:rPr>
        <w:t>）</w:t>
      </w:r>
      <w:r w:rsidR="007C281A" w:rsidRPr="00F1449A">
        <w:rPr>
          <w:rFonts w:ascii="HG正楷書体-PRO" w:eastAsia="HG正楷書体-PRO" w:hint="eastAsia"/>
          <w:sz w:val="24"/>
          <w:szCs w:val="24"/>
          <w:u w:val="single"/>
          <w:lang w:eastAsia="zh-TW"/>
        </w:rPr>
        <w:t>予定</w:t>
      </w:r>
    </w:p>
    <w:p w:rsidR="0061675A" w:rsidRPr="00F1449A" w:rsidRDefault="00000000" w:rsidP="0095646F">
      <w:pPr>
        <w:spacing w:after="0" w:line="500" w:lineRule="exact"/>
        <w:ind w:firstLineChars="960" w:firstLine="2304"/>
        <w:rPr>
          <w:rFonts w:ascii="HG正楷書体-PRO" w:eastAsia="HG正楷書体-PRO"/>
          <w:sz w:val="24"/>
          <w:szCs w:val="24"/>
          <w:u w:val="single"/>
          <w:lang w:eastAsia="ja-JP"/>
        </w:rPr>
      </w:pPr>
      <w:r w:rsidRPr="00F1449A">
        <w:rPr>
          <w:rFonts w:ascii="HG正楷書体-PRO" w:eastAsia="HG正楷書体-PRO" w:hint="eastAsia"/>
          <w:sz w:val="24"/>
          <w:szCs w:val="24"/>
          <w:u w:val="single"/>
        </w:rPr>
        <w:t>回収：令和8年1月7日（水）</w:t>
      </w:r>
      <w:r w:rsidR="007C281A" w:rsidRPr="00F1449A">
        <w:rPr>
          <w:rFonts w:ascii="HG正楷書体-PRO" w:eastAsia="HG正楷書体-PRO" w:hint="eastAsia"/>
          <w:sz w:val="24"/>
          <w:szCs w:val="24"/>
          <w:u w:val="single"/>
          <w:lang w:eastAsia="ja-JP"/>
        </w:rPr>
        <w:t>予定</w:t>
      </w:r>
    </w:p>
    <w:p w:rsidR="00F1449A" w:rsidRPr="00F1449A" w:rsidRDefault="00F1449A" w:rsidP="00F1449A">
      <w:pPr>
        <w:spacing w:after="0" w:line="500" w:lineRule="exact"/>
        <w:rPr>
          <w:rFonts w:ascii="HG正楷書体-PRO" w:eastAsia="HG正楷書体-PRO" w:hint="eastAsia"/>
          <w:sz w:val="24"/>
          <w:szCs w:val="24"/>
          <w:u w:val="single"/>
          <w:lang w:eastAsia="ja-JP"/>
        </w:rPr>
      </w:pPr>
    </w:p>
    <w:p w:rsidR="00C7727D" w:rsidRDefault="00C7727D" w:rsidP="00C7727D">
      <w:pPr>
        <w:pBdr>
          <w:bottom w:val="single" w:sz="4" w:space="1" w:color="auto"/>
        </w:pBdr>
        <w:rPr>
          <w:rFonts w:hint="eastAsia"/>
          <w:lang w:eastAsia="ja-JP"/>
        </w:rPr>
      </w:pPr>
    </w:p>
    <w:p w:rsidR="0061675A" w:rsidRPr="00F1449A" w:rsidRDefault="00000000" w:rsidP="0061675A">
      <w:pPr>
        <w:pStyle w:val="21"/>
        <w:jc w:val="center"/>
        <w:rPr>
          <w:rFonts w:ascii="ＭＳ 明朝" w:eastAsia="ＭＳ 明朝" w:hAnsi="ＭＳ 明朝"/>
          <w:color w:val="00B050"/>
          <w:sz w:val="32"/>
          <w:szCs w:val="32"/>
          <w:lang w:eastAsia="zh-TW"/>
        </w:rPr>
      </w:pPr>
      <w:r w:rsidRPr="00F1449A">
        <w:rPr>
          <w:rFonts w:ascii="ＭＳ 明朝" w:eastAsia="ＭＳ 明朝" w:hAnsi="ＭＳ 明朝"/>
          <w:color w:val="00B050"/>
          <w:sz w:val="32"/>
          <w:szCs w:val="32"/>
          <w:lang w:eastAsia="zh-TW"/>
        </w:rPr>
        <w:t>2026</w:t>
      </w:r>
      <w:r w:rsidR="00C7727D" w:rsidRPr="00F1449A">
        <w:rPr>
          <w:rFonts w:ascii="ＭＳ 明朝" w:eastAsia="ＭＳ 明朝" w:hAnsi="ＭＳ 明朝" w:hint="eastAsia"/>
          <w:color w:val="00B050"/>
          <w:sz w:val="32"/>
          <w:szCs w:val="32"/>
          <w:lang w:eastAsia="zh-TW"/>
        </w:rPr>
        <w:t>年</w:t>
      </w:r>
      <w:r w:rsidRPr="00F1449A">
        <w:rPr>
          <w:rFonts w:ascii="ＭＳ 明朝" w:eastAsia="ＭＳ 明朝" w:hAnsi="ＭＳ 明朝"/>
          <w:color w:val="00B050"/>
          <w:sz w:val="32"/>
          <w:szCs w:val="32"/>
          <w:lang w:eastAsia="zh-TW"/>
        </w:rPr>
        <w:t>（令和8年）</w:t>
      </w:r>
      <w:r w:rsidR="0061675A" w:rsidRPr="00F1449A">
        <w:rPr>
          <w:rFonts w:ascii="ＭＳ 明朝" w:eastAsia="ＭＳ 明朝" w:hAnsi="ＭＳ 明朝" w:hint="eastAsia"/>
          <w:color w:val="00B050"/>
          <w:sz w:val="32"/>
          <w:szCs w:val="32"/>
          <w:lang w:eastAsia="zh-TW"/>
        </w:rPr>
        <w:t xml:space="preserve"> </w:t>
      </w:r>
      <w:r w:rsidRPr="00F1449A">
        <w:rPr>
          <w:rFonts w:ascii="ＭＳ 明朝" w:eastAsia="ＭＳ 明朝" w:hAnsi="ＭＳ 明朝"/>
          <w:color w:val="00B050"/>
          <w:sz w:val="32"/>
          <w:szCs w:val="32"/>
          <w:lang w:eastAsia="zh-TW"/>
        </w:rPr>
        <w:t>門松 発注書</w:t>
      </w:r>
    </w:p>
    <w:p w:rsidR="0061675A" w:rsidRPr="0061675A" w:rsidRDefault="0061675A" w:rsidP="0061675A">
      <w:pPr>
        <w:rPr>
          <w:rFonts w:hint="eastAsia"/>
          <w:lang w:eastAsia="zh-TW"/>
        </w:rPr>
      </w:pPr>
    </w:p>
    <w:p w:rsidR="00C7727D" w:rsidRPr="00C7727D" w:rsidRDefault="00C7727D" w:rsidP="0061675A">
      <w:pPr>
        <w:spacing w:after="0" w:line="240" w:lineRule="atLeast"/>
        <w:jc w:val="right"/>
        <w:rPr>
          <w:rFonts w:hint="eastAsia"/>
          <w:lang w:eastAsia="ja-JP"/>
        </w:rPr>
      </w:pPr>
      <w:r>
        <w:t>発注日（令和</w:t>
      </w:r>
      <w:r>
        <w:t>7</w:t>
      </w:r>
      <w:r>
        <w:t>年　　月　　日）</w:t>
      </w:r>
    </w:p>
    <w:tbl>
      <w:tblPr>
        <w:tblStyle w:val="afe"/>
        <w:tblW w:w="8897" w:type="dxa"/>
        <w:tblLook w:val="04A0" w:firstRow="1" w:lastRow="0" w:firstColumn="1" w:lastColumn="0" w:noHBand="0" w:noVBand="1"/>
      </w:tblPr>
      <w:tblGrid>
        <w:gridCol w:w="2518"/>
        <w:gridCol w:w="6379"/>
      </w:tblGrid>
      <w:tr w:rsidR="00C7727D" w:rsidRPr="00C7727D" w:rsidTr="0061675A">
        <w:trPr>
          <w:trHeight w:val="454"/>
        </w:trPr>
        <w:tc>
          <w:tcPr>
            <w:tcW w:w="2518" w:type="dxa"/>
            <w:vAlign w:val="center"/>
          </w:tcPr>
          <w:p w:rsidR="00C7727D" w:rsidRPr="00C7727D" w:rsidRDefault="00C7727D" w:rsidP="00C7727D">
            <w:pPr>
              <w:jc w:val="center"/>
              <w:rPr>
                <w:sz w:val="28"/>
                <w:szCs w:val="28"/>
              </w:rPr>
            </w:pPr>
            <w:proofErr w:type="spellStart"/>
            <w:r w:rsidRPr="00C7727D">
              <w:rPr>
                <w:spacing w:val="210"/>
                <w:sz w:val="28"/>
                <w:szCs w:val="28"/>
                <w:fitText w:val="2240" w:id="-616892416"/>
              </w:rPr>
              <w:t>ご依頼主</w:t>
            </w:r>
            <w:r w:rsidRPr="00C7727D">
              <w:rPr>
                <w:sz w:val="28"/>
                <w:szCs w:val="28"/>
                <w:fitText w:val="2240" w:id="-616892416"/>
              </w:rPr>
              <w:t>名</w:t>
            </w:r>
            <w:proofErr w:type="spellEnd"/>
          </w:p>
        </w:tc>
        <w:tc>
          <w:tcPr>
            <w:tcW w:w="6379" w:type="dxa"/>
            <w:vAlign w:val="center"/>
          </w:tcPr>
          <w:p w:rsidR="00C7727D" w:rsidRPr="00C7727D" w:rsidRDefault="00C7727D" w:rsidP="00C7727D">
            <w:pPr>
              <w:rPr>
                <w:sz w:val="28"/>
                <w:szCs w:val="28"/>
              </w:rPr>
            </w:pPr>
          </w:p>
        </w:tc>
      </w:tr>
      <w:tr w:rsidR="00C7727D" w:rsidRPr="00C7727D" w:rsidTr="0061675A">
        <w:trPr>
          <w:trHeight w:val="454"/>
        </w:trPr>
        <w:tc>
          <w:tcPr>
            <w:tcW w:w="2518" w:type="dxa"/>
            <w:vAlign w:val="center"/>
          </w:tcPr>
          <w:p w:rsidR="00C7727D" w:rsidRPr="00C7727D" w:rsidRDefault="00C7727D" w:rsidP="00C7727D">
            <w:pPr>
              <w:jc w:val="center"/>
              <w:rPr>
                <w:sz w:val="28"/>
                <w:szCs w:val="28"/>
              </w:rPr>
            </w:pPr>
            <w:proofErr w:type="spellStart"/>
            <w:r w:rsidRPr="00C7727D">
              <w:rPr>
                <w:spacing w:val="111"/>
                <w:sz w:val="28"/>
                <w:szCs w:val="28"/>
                <w:fitText w:val="2240" w:id="-616892415"/>
              </w:rPr>
              <w:t>ご依頼主住</w:t>
            </w:r>
            <w:r w:rsidRPr="00C7727D">
              <w:rPr>
                <w:spacing w:val="5"/>
                <w:sz w:val="28"/>
                <w:szCs w:val="28"/>
                <w:fitText w:val="2240" w:id="-616892415"/>
              </w:rPr>
              <w:t>所</w:t>
            </w:r>
            <w:proofErr w:type="spellEnd"/>
          </w:p>
        </w:tc>
        <w:tc>
          <w:tcPr>
            <w:tcW w:w="6379" w:type="dxa"/>
            <w:vAlign w:val="center"/>
          </w:tcPr>
          <w:p w:rsidR="00C7727D" w:rsidRPr="00C7727D" w:rsidRDefault="00C7727D" w:rsidP="00C7727D">
            <w:pPr>
              <w:rPr>
                <w:sz w:val="28"/>
                <w:szCs w:val="28"/>
              </w:rPr>
            </w:pPr>
          </w:p>
        </w:tc>
      </w:tr>
      <w:tr w:rsidR="00C7727D" w:rsidRPr="00C7727D" w:rsidTr="0061675A">
        <w:trPr>
          <w:trHeight w:val="454"/>
        </w:trPr>
        <w:tc>
          <w:tcPr>
            <w:tcW w:w="2518" w:type="dxa"/>
            <w:vAlign w:val="center"/>
          </w:tcPr>
          <w:p w:rsidR="00C7727D" w:rsidRPr="00C7727D" w:rsidRDefault="00C7727D" w:rsidP="00C7727D">
            <w:pPr>
              <w:jc w:val="center"/>
              <w:rPr>
                <w:sz w:val="28"/>
                <w:szCs w:val="28"/>
              </w:rPr>
            </w:pPr>
            <w:proofErr w:type="spellStart"/>
            <w:r w:rsidRPr="00C7727D">
              <w:rPr>
                <w:sz w:val="28"/>
                <w:szCs w:val="28"/>
              </w:rPr>
              <w:t>ご依頼主電話番号</w:t>
            </w:r>
            <w:proofErr w:type="spellEnd"/>
          </w:p>
        </w:tc>
        <w:tc>
          <w:tcPr>
            <w:tcW w:w="6379" w:type="dxa"/>
            <w:vAlign w:val="center"/>
          </w:tcPr>
          <w:p w:rsidR="00C7727D" w:rsidRPr="00C7727D" w:rsidRDefault="00C7727D" w:rsidP="00C7727D">
            <w:pPr>
              <w:rPr>
                <w:sz w:val="28"/>
                <w:szCs w:val="28"/>
              </w:rPr>
            </w:pPr>
          </w:p>
        </w:tc>
      </w:tr>
      <w:tr w:rsidR="00C7727D" w:rsidRPr="00C7727D" w:rsidTr="0061675A">
        <w:trPr>
          <w:trHeight w:val="454"/>
        </w:trPr>
        <w:tc>
          <w:tcPr>
            <w:tcW w:w="2518" w:type="dxa"/>
            <w:vAlign w:val="center"/>
          </w:tcPr>
          <w:p w:rsidR="00C7727D" w:rsidRPr="00C7727D" w:rsidRDefault="00C7727D" w:rsidP="00C7727D">
            <w:pPr>
              <w:jc w:val="center"/>
              <w:rPr>
                <w:rFonts w:hint="eastAsia"/>
                <w:sz w:val="28"/>
                <w:szCs w:val="28"/>
                <w:lang w:eastAsia="ja-JP"/>
              </w:rPr>
            </w:pPr>
            <w:r w:rsidRPr="0061675A">
              <w:rPr>
                <w:spacing w:val="373"/>
                <w:sz w:val="28"/>
                <w:szCs w:val="28"/>
                <w:fitText w:val="2240" w:id="-616892414"/>
                <w:lang w:eastAsia="ja-JP"/>
              </w:rPr>
              <w:t>発注数</w:t>
            </w:r>
            <w:r w:rsidRPr="0061675A">
              <w:rPr>
                <w:spacing w:val="2"/>
                <w:sz w:val="28"/>
                <w:szCs w:val="28"/>
                <w:fitText w:val="2240" w:id="-616892414"/>
                <w:lang w:eastAsia="ja-JP"/>
              </w:rPr>
              <w:t>量</w:t>
            </w:r>
          </w:p>
        </w:tc>
        <w:tc>
          <w:tcPr>
            <w:tcW w:w="6379" w:type="dxa"/>
            <w:vAlign w:val="center"/>
          </w:tcPr>
          <w:p w:rsidR="00C7727D" w:rsidRPr="00C7727D" w:rsidRDefault="00C7727D" w:rsidP="00C7727D">
            <w:pPr>
              <w:rPr>
                <w:sz w:val="28"/>
                <w:szCs w:val="28"/>
              </w:rPr>
            </w:pPr>
          </w:p>
        </w:tc>
      </w:tr>
      <w:tr w:rsidR="00C7727D" w:rsidRPr="00C7727D" w:rsidTr="0061675A">
        <w:trPr>
          <w:trHeight w:val="454"/>
        </w:trPr>
        <w:tc>
          <w:tcPr>
            <w:tcW w:w="2518" w:type="dxa"/>
            <w:vAlign w:val="center"/>
          </w:tcPr>
          <w:p w:rsidR="00C7727D" w:rsidRPr="00C7727D" w:rsidRDefault="00C7727D" w:rsidP="00C7727D">
            <w:pPr>
              <w:jc w:val="center"/>
              <w:rPr>
                <w:sz w:val="28"/>
                <w:szCs w:val="28"/>
                <w:lang w:eastAsia="zh-TW"/>
              </w:rPr>
            </w:pPr>
            <w:r w:rsidRPr="00C7727D">
              <w:rPr>
                <w:spacing w:val="210"/>
                <w:sz w:val="28"/>
                <w:szCs w:val="28"/>
                <w:fitText w:val="2240" w:id="-616892413"/>
                <w:lang w:eastAsia="zh-TW"/>
              </w:rPr>
              <w:t>納品希望</w:t>
            </w:r>
            <w:r w:rsidRPr="00C7727D">
              <w:rPr>
                <w:sz w:val="28"/>
                <w:szCs w:val="28"/>
                <w:fitText w:val="2240" w:id="-616892413"/>
                <w:lang w:eastAsia="zh-TW"/>
              </w:rPr>
              <w:t>日</w:t>
            </w:r>
          </w:p>
        </w:tc>
        <w:tc>
          <w:tcPr>
            <w:tcW w:w="6379" w:type="dxa"/>
            <w:vAlign w:val="center"/>
          </w:tcPr>
          <w:p w:rsidR="00C7727D" w:rsidRPr="00C7727D" w:rsidRDefault="007C281A" w:rsidP="00C7727D">
            <w:pPr>
              <w:rPr>
                <w:sz w:val="28"/>
                <w:szCs w:val="28"/>
                <w:lang w:eastAsia="ja-JP"/>
              </w:rPr>
            </w:pPr>
            <w:r>
              <w:rPr>
                <w:rFonts w:hint="eastAsia"/>
                <w:sz w:val="28"/>
                <w:szCs w:val="28"/>
                <w:lang w:eastAsia="ja-JP"/>
              </w:rPr>
              <w:t>12</w:t>
            </w:r>
            <w:r>
              <w:rPr>
                <w:rFonts w:hint="eastAsia"/>
                <w:sz w:val="28"/>
                <w:szCs w:val="28"/>
                <w:lang w:eastAsia="ja-JP"/>
              </w:rPr>
              <w:t>月</w:t>
            </w:r>
            <w:r w:rsidR="00C7727D" w:rsidRPr="00C7727D">
              <w:rPr>
                <w:sz w:val="28"/>
                <w:szCs w:val="28"/>
                <w:lang w:eastAsia="ja-JP"/>
              </w:rPr>
              <w:t>（</w:t>
            </w:r>
            <w:r w:rsidR="00C7727D" w:rsidRPr="00C7727D">
              <w:rPr>
                <w:sz w:val="28"/>
                <w:szCs w:val="28"/>
                <w:lang w:eastAsia="ja-JP"/>
              </w:rPr>
              <w:t>□</w:t>
            </w:r>
            <w:r w:rsidR="004A35FE">
              <w:rPr>
                <w:rFonts w:hint="eastAsia"/>
                <w:sz w:val="28"/>
                <w:szCs w:val="28"/>
                <w:lang w:eastAsia="ja-JP"/>
              </w:rPr>
              <w:t>２５</w:t>
            </w:r>
            <w:r w:rsidR="00C7727D" w:rsidRPr="00C7727D">
              <w:rPr>
                <w:sz w:val="28"/>
                <w:szCs w:val="28"/>
                <w:lang w:eastAsia="ja-JP"/>
              </w:rPr>
              <w:t>日</w:t>
            </w:r>
            <w:r>
              <w:rPr>
                <w:rFonts w:hint="eastAsia"/>
                <w:sz w:val="28"/>
                <w:szCs w:val="28"/>
                <w:lang w:eastAsia="ja-JP"/>
              </w:rPr>
              <w:t xml:space="preserve">　・</w:t>
            </w:r>
            <w:r w:rsidR="00C7727D" w:rsidRPr="00C7727D">
              <w:rPr>
                <w:sz w:val="28"/>
                <w:szCs w:val="28"/>
                <w:lang w:eastAsia="ja-JP"/>
              </w:rPr>
              <w:t xml:space="preserve">　</w:t>
            </w:r>
            <w:r w:rsidR="00C7727D" w:rsidRPr="00C7727D">
              <w:rPr>
                <w:sz w:val="28"/>
                <w:szCs w:val="28"/>
                <w:lang w:eastAsia="ja-JP"/>
              </w:rPr>
              <w:t>□</w:t>
            </w:r>
            <w:r w:rsidR="004A35FE">
              <w:rPr>
                <w:rFonts w:hint="eastAsia"/>
                <w:sz w:val="28"/>
                <w:szCs w:val="28"/>
                <w:lang w:eastAsia="ja-JP"/>
              </w:rPr>
              <w:t>２６</w:t>
            </w:r>
            <w:r w:rsidR="00C7727D" w:rsidRPr="00C7727D">
              <w:rPr>
                <w:sz w:val="28"/>
                <w:szCs w:val="28"/>
                <w:lang w:eastAsia="ja-JP"/>
              </w:rPr>
              <w:t>日）</w:t>
            </w:r>
          </w:p>
        </w:tc>
      </w:tr>
      <w:tr w:rsidR="00C7727D" w:rsidRPr="00C7727D" w:rsidTr="0061675A">
        <w:trPr>
          <w:trHeight w:val="454"/>
        </w:trPr>
        <w:tc>
          <w:tcPr>
            <w:tcW w:w="2518" w:type="dxa"/>
            <w:vAlign w:val="center"/>
          </w:tcPr>
          <w:p w:rsidR="00C7727D" w:rsidRPr="00C7727D" w:rsidRDefault="00C7727D" w:rsidP="00C7727D">
            <w:pPr>
              <w:jc w:val="center"/>
              <w:rPr>
                <w:rFonts w:hint="eastAsia"/>
                <w:sz w:val="28"/>
                <w:szCs w:val="28"/>
                <w:lang w:eastAsia="zh-TW"/>
              </w:rPr>
            </w:pPr>
            <w:r w:rsidRPr="00C7727D">
              <w:rPr>
                <w:spacing w:val="111"/>
                <w:sz w:val="28"/>
                <w:szCs w:val="28"/>
                <w:fitText w:val="2240" w:id="-616892412"/>
                <w:lang w:eastAsia="ja-JP"/>
              </w:rPr>
              <w:t>お支払い方</w:t>
            </w:r>
            <w:r w:rsidRPr="00C7727D">
              <w:rPr>
                <w:spacing w:val="5"/>
                <w:sz w:val="28"/>
                <w:szCs w:val="28"/>
                <w:fitText w:val="2240" w:id="-616892412"/>
                <w:lang w:eastAsia="ja-JP"/>
              </w:rPr>
              <w:t>法</w:t>
            </w:r>
          </w:p>
        </w:tc>
        <w:tc>
          <w:tcPr>
            <w:tcW w:w="6379" w:type="dxa"/>
            <w:vAlign w:val="center"/>
          </w:tcPr>
          <w:p w:rsidR="00C7727D" w:rsidRPr="00C7727D" w:rsidRDefault="00C7727D" w:rsidP="004A35FE">
            <w:pPr>
              <w:rPr>
                <w:rFonts w:hint="eastAsia"/>
                <w:sz w:val="28"/>
                <w:szCs w:val="28"/>
                <w:lang w:eastAsia="ja-JP"/>
              </w:rPr>
            </w:pPr>
            <w:r w:rsidRPr="00C7727D">
              <w:rPr>
                <w:sz w:val="28"/>
                <w:szCs w:val="28"/>
                <w:lang w:eastAsia="ja-JP"/>
              </w:rPr>
              <w:t>振り込み</w:t>
            </w:r>
            <w:r w:rsidR="0095646F">
              <w:rPr>
                <w:rFonts w:hint="eastAsia"/>
                <w:sz w:val="28"/>
                <w:szCs w:val="28"/>
                <w:lang w:eastAsia="ja-JP"/>
              </w:rPr>
              <w:t>になります。</w:t>
            </w:r>
          </w:p>
        </w:tc>
      </w:tr>
    </w:tbl>
    <w:p w:rsidR="00424527" w:rsidRPr="0095646F" w:rsidRDefault="007C281A" w:rsidP="00F1449A">
      <w:pPr>
        <w:spacing w:after="0" w:line="320" w:lineRule="exact"/>
        <w:ind w:leftChars="100" w:left="220"/>
        <w:jc w:val="right"/>
        <w:rPr>
          <w:b/>
          <w:bCs/>
          <w:color w:val="EE0000"/>
          <w:sz w:val="28"/>
          <w:szCs w:val="28"/>
          <w:lang w:eastAsia="ja-JP"/>
        </w:rPr>
      </w:pPr>
      <w:r w:rsidRPr="0095646F">
        <w:rPr>
          <w:rFonts w:hint="eastAsia"/>
          <w:b/>
          <w:bCs/>
          <w:color w:val="EE0000"/>
          <w:sz w:val="28"/>
          <w:szCs w:val="28"/>
          <w:lang w:eastAsia="ja-JP"/>
        </w:rPr>
        <w:t>※</w:t>
      </w:r>
      <w:r w:rsidR="0095646F" w:rsidRPr="0095646F">
        <w:rPr>
          <w:rFonts w:hint="eastAsia"/>
          <w:b/>
          <w:bCs/>
          <w:color w:val="EE0000"/>
          <w:sz w:val="28"/>
          <w:szCs w:val="28"/>
          <w:lang w:eastAsia="ja-JP"/>
        </w:rPr>
        <w:t>ご注文締切：</w:t>
      </w:r>
      <w:r w:rsidRPr="0095646F">
        <w:rPr>
          <w:rFonts w:hint="eastAsia"/>
          <w:b/>
          <w:bCs/>
          <w:color w:val="EE0000"/>
          <w:sz w:val="28"/>
          <w:szCs w:val="28"/>
          <w:lang w:eastAsia="ja-JP"/>
        </w:rPr>
        <w:t>令和</w:t>
      </w:r>
      <w:r w:rsidRPr="0095646F">
        <w:rPr>
          <w:rFonts w:hint="eastAsia"/>
          <w:b/>
          <w:bCs/>
          <w:color w:val="EE0000"/>
          <w:sz w:val="28"/>
          <w:szCs w:val="28"/>
          <w:lang w:eastAsia="ja-JP"/>
        </w:rPr>
        <w:t>7</w:t>
      </w:r>
      <w:r w:rsidRPr="0095646F">
        <w:rPr>
          <w:rFonts w:hint="eastAsia"/>
          <w:b/>
          <w:bCs/>
          <w:color w:val="EE0000"/>
          <w:sz w:val="28"/>
          <w:szCs w:val="28"/>
          <w:lang w:eastAsia="ja-JP"/>
        </w:rPr>
        <w:t>年</w:t>
      </w:r>
      <w:r w:rsidRPr="0095646F">
        <w:rPr>
          <w:rFonts w:hint="eastAsia"/>
          <w:b/>
          <w:bCs/>
          <w:color w:val="EE0000"/>
          <w:sz w:val="28"/>
          <w:szCs w:val="28"/>
          <w:lang w:eastAsia="ja-JP"/>
        </w:rPr>
        <w:t>11</w:t>
      </w:r>
      <w:r w:rsidRPr="0095646F">
        <w:rPr>
          <w:rFonts w:hint="eastAsia"/>
          <w:b/>
          <w:bCs/>
          <w:color w:val="EE0000"/>
          <w:sz w:val="28"/>
          <w:szCs w:val="28"/>
          <w:lang w:eastAsia="ja-JP"/>
        </w:rPr>
        <w:t>月</w:t>
      </w:r>
      <w:r w:rsidRPr="0095646F">
        <w:rPr>
          <w:rFonts w:hint="eastAsia"/>
          <w:b/>
          <w:bCs/>
          <w:color w:val="EE0000"/>
          <w:sz w:val="28"/>
          <w:szCs w:val="28"/>
          <w:lang w:eastAsia="ja-JP"/>
        </w:rPr>
        <w:t>26</w:t>
      </w:r>
      <w:r w:rsidRPr="0095646F">
        <w:rPr>
          <w:rFonts w:hint="eastAsia"/>
          <w:b/>
          <w:bCs/>
          <w:color w:val="EE0000"/>
          <w:sz w:val="28"/>
          <w:szCs w:val="28"/>
          <w:lang w:eastAsia="ja-JP"/>
        </w:rPr>
        <w:t>日（水）</w:t>
      </w:r>
      <w:r w:rsidR="0095646F" w:rsidRPr="0095646F">
        <w:rPr>
          <w:rFonts w:hint="eastAsia"/>
          <w:b/>
          <w:bCs/>
          <w:color w:val="EE0000"/>
          <w:sz w:val="28"/>
          <w:szCs w:val="28"/>
          <w:lang w:eastAsia="ja-JP"/>
        </w:rPr>
        <w:t>まで</w:t>
      </w:r>
    </w:p>
    <w:p w:rsidR="0095646F" w:rsidRPr="00C7727D" w:rsidRDefault="0095646F" w:rsidP="0095646F">
      <w:pPr>
        <w:spacing w:after="0" w:line="360" w:lineRule="exact"/>
        <w:ind w:right="1120"/>
        <w:rPr>
          <w:rFonts w:hint="eastAsia"/>
          <w:sz w:val="28"/>
          <w:szCs w:val="28"/>
          <w:lang w:eastAsia="ja-JP"/>
        </w:rPr>
      </w:pPr>
    </w:p>
    <w:p w:rsidR="002A7FEB" w:rsidRPr="0061675A" w:rsidRDefault="0061675A" w:rsidP="0061675A">
      <w:pPr>
        <w:spacing w:after="0" w:line="360" w:lineRule="exact"/>
        <w:ind w:leftChars="100" w:left="220"/>
        <w:rPr>
          <w:b/>
          <w:bCs/>
          <w:sz w:val="24"/>
          <w:szCs w:val="24"/>
          <w:lang w:eastAsia="ja-JP"/>
        </w:rPr>
      </w:pPr>
      <w:r w:rsidRPr="0061675A">
        <w:rPr>
          <w:b/>
          <w:bCs/>
          <w:noProof/>
          <w:sz w:val="24"/>
          <w:szCs w:val="24"/>
          <w:lang w:eastAsia="ja-JP"/>
        </w:rPr>
        <w:drawing>
          <wp:anchor distT="0" distB="0" distL="114300" distR="114300" simplePos="0" relativeHeight="251671040" behindDoc="0" locked="0" layoutInCell="1" allowOverlap="1" wp14:anchorId="3BFB7413">
            <wp:simplePos x="0" y="0"/>
            <wp:positionH relativeFrom="column">
              <wp:posOffset>4638444</wp:posOffset>
            </wp:positionH>
            <wp:positionV relativeFrom="paragraph">
              <wp:posOffset>95885</wp:posOffset>
            </wp:positionV>
            <wp:extent cx="727075" cy="727075"/>
            <wp:effectExtent l="0" t="0" r="0" b="0"/>
            <wp:wrapNone/>
            <wp:docPr id="2858232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23262" name="図 2858232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61675A">
        <w:rPr>
          <w:b/>
          <w:bCs/>
          <w:sz w:val="24"/>
          <w:szCs w:val="24"/>
          <w:lang w:eastAsia="ja-JP"/>
        </w:rPr>
        <w:t>公益社団法人</w:t>
      </w:r>
      <w:r w:rsidR="00000000" w:rsidRPr="0061675A">
        <w:rPr>
          <w:b/>
          <w:bCs/>
          <w:sz w:val="24"/>
          <w:szCs w:val="24"/>
          <w:lang w:eastAsia="ja-JP"/>
        </w:rPr>
        <w:t xml:space="preserve"> </w:t>
      </w:r>
      <w:r w:rsidR="00000000" w:rsidRPr="0061675A">
        <w:rPr>
          <w:b/>
          <w:bCs/>
          <w:sz w:val="24"/>
          <w:szCs w:val="24"/>
          <w:lang w:eastAsia="ja-JP"/>
        </w:rPr>
        <w:t>三沢市シルバー人材センター</w:t>
      </w:r>
    </w:p>
    <w:p w:rsidR="002A7FEB" w:rsidRPr="0061675A" w:rsidRDefault="00000000" w:rsidP="0061675A">
      <w:pPr>
        <w:spacing w:after="0" w:line="360" w:lineRule="exact"/>
        <w:ind w:leftChars="100" w:left="220" w:firstLineChars="100" w:firstLine="240"/>
        <w:rPr>
          <w:sz w:val="24"/>
          <w:szCs w:val="24"/>
        </w:rPr>
      </w:pPr>
      <w:r w:rsidRPr="0061675A">
        <w:rPr>
          <w:sz w:val="24"/>
          <w:szCs w:val="24"/>
        </w:rPr>
        <w:t>〒</w:t>
      </w:r>
      <w:r w:rsidRPr="0061675A">
        <w:rPr>
          <w:sz w:val="24"/>
          <w:szCs w:val="24"/>
        </w:rPr>
        <w:t>033-0043</w:t>
      </w:r>
      <w:r w:rsidRPr="0061675A">
        <w:rPr>
          <w:sz w:val="24"/>
          <w:szCs w:val="24"/>
        </w:rPr>
        <w:t xml:space="preserve">　三沢市千代田町</w:t>
      </w:r>
      <w:r w:rsidRPr="0061675A">
        <w:rPr>
          <w:sz w:val="24"/>
          <w:szCs w:val="24"/>
        </w:rPr>
        <w:t>4</w:t>
      </w:r>
      <w:r w:rsidRPr="0061675A">
        <w:rPr>
          <w:sz w:val="24"/>
          <w:szCs w:val="24"/>
        </w:rPr>
        <w:t>丁目</w:t>
      </w:r>
      <w:r w:rsidRPr="0061675A">
        <w:rPr>
          <w:sz w:val="24"/>
          <w:szCs w:val="24"/>
        </w:rPr>
        <w:t>140-369</w:t>
      </w:r>
    </w:p>
    <w:p w:rsidR="002A7FEB" w:rsidRPr="0061675A" w:rsidRDefault="00000000" w:rsidP="0061675A">
      <w:pPr>
        <w:spacing w:after="0" w:line="360" w:lineRule="exact"/>
        <w:ind w:leftChars="100" w:left="220" w:firstLineChars="100" w:firstLine="240"/>
        <w:rPr>
          <w:sz w:val="24"/>
          <w:szCs w:val="24"/>
        </w:rPr>
      </w:pPr>
      <w:r w:rsidRPr="0061675A">
        <w:rPr>
          <w:sz w:val="24"/>
          <w:szCs w:val="24"/>
        </w:rPr>
        <w:t>TEL</w:t>
      </w:r>
      <w:r w:rsidRPr="0061675A">
        <w:rPr>
          <w:sz w:val="24"/>
          <w:szCs w:val="24"/>
        </w:rPr>
        <w:t>：</w:t>
      </w:r>
      <w:r w:rsidRPr="0061675A">
        <w:rPr>
          <w:sz w:val="24"/>
          <w:szCs w:val="24"/>
        </w:rPr>
        <w:t>0176-51-2240</w:t>
      </w:r>
      <w:r w:rsidRPr="0061675A">
        <w:rPr>
          <w:sz w:val="24"/>
          <w:szCs w:val="24"/>
        </w:rPr>
        <w:t xml:space="preserve">　</w:t>
      </w:r>
      <w:r w:rsidR="0061675A">
        <w:rPr>
          <w:rFonts w:hint="eastAsia"/>
          <w:sz w:val="24"/>
          <w:szCs w:val="24"/>
          <w:lang w:eastAsia="ja-JP"/>
        </w:rPr>
        <w:t xml:space="preserve">　</w:t>
      </w:r>
      <w:r w:rsidRPr="0061675A">
        <w:rPr>
          <w:sz w:val="24"/>
          <w:szCs w:val="24"/>
        </w:rPr>
        <w:t>FAX</w:t>
      </w:r>
      <w:r w:rsidRPr="0061675A">
        <w:rPr>
          <w:sz w:val="24"/>
          <w:szCs w:val="24"/>
        </w:rPr>
        <w:t>：</w:t>
      </w:r>
      <w:r w:rsidRPr="0061675A">
        <w:rPr>
          <w:sz w:val="24"/>
          <w:szCs w:val="24"/>
        </w:rPr>
        <w:t>0176-51-2550</w:t>
      </w:r>
    </w:p>
    <w:p w:rsidR="002A7FEB" w:rsidRPr="0061675A" w:rsidRDefault="00000000" w:rsidP="0061675A">
      <w:pPr>
        <w:spacing w:after="0" w:line="360" w:lineRule="exact"/>
        <w:ind w:leftChars="100" w:left="220" w:firstLineChars="100" w:firstLine="240"/>
        <w:rPr>
          <w:sz w:val="24"/>
          <w:szCs w:val="24"/>
        </w:rPr>
      </w:pPr>
      <w:r w:rsidRPr="0061675A">
        <w:rPr>
          <w:sz w:val="24"/>
          <w:szCs w:val="24"/>
        </w:rPr>
        <w:t>E-mail</w:t>
      </w:r>
      <w:r w:rsidRPr="0061675A">
        <w:rPr>
          <w:sz w:val="24"/>
          <w:szCs w:val="24"/>
        </w:rPr>
        <w:t>：</w:t>
      </w:r>
      <w:r w:rsidRPr="0061675A">
        <w:rPr>
          <w:sz w:val="24"/>
          <w:szCs w:val="24"/>
        </w:rPr>
        <w:t>misawa@sjc.ne.jp</w:t>
      </w:r>
    </w:p>
    <w:sectPr w:rsidR="002A7FEB" w:rsidRPr="0061675A" w:rsidSect="004A35FE">
      <w:pgSz w:w="12240" w:h="15840" w:code="1"/>
      <w:pgMar w:top="964" w:right="1797" w:bottom="130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5ABB" w:rsidRDefault="00315ABB" w:rsidP="00424527">
      <w:pPr>
        <w:spacing w:after="0" w:line="240" w:lineRule="auto"/>
      </w:pPr>
      <w:r>
        <w:separator/>
      </w:r>
    </w:p>
  </w:endnote>
  <w:endnote w:type="continuationSeparator" w:id="0">
    <w:p w:rsidR="00315ABB" w:rsidRDefault="00315ABB" w:rsidP="0042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5ABB" w:rsidRDefault="00315ABB" w:rsidP="00424527">
      <w:pPr>
        <w:spacing w:after="0" w:line="240" w:lineRule="auto"/>
      </w:pPr>
      <w:r>
        <w:separator/>
      </w:r>
    </w:p>
  </w:footnote>
  <w:footnote w:type="continuationSeparator" w:id="0">
    <w:p w:rsidR="00315ABB" w:rsidRDefault="00315ABB" w:rsidP="00424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3214140">
    <w:abstractNumId w:val="8"/>
  </w:num>
  <w:num w:numId="2" w16cid:durableId="589242035">
    <w:abstractNumId w:val="6"/>
  </w:num>
  <w:num w:numId="3" w16cid:durableId="2000033541">
    <w:abstractNumId w:val="5"/>
  </w:num>
  <w:num w:numId="4" w16cid:durableId="395053772">
    <w:abstractNumId w:val="4"/>
  </w:num>
  <w:num w:numId="5" w16cid:durableId="1331560825">
    <w:abstractNumId w:val="7"/>
  </w:num>
  <w:num w:numId="6" w16cid:durableId="239410365">
    <w:abstractNumId w:val="3"/>
  </w:num>
  <w:num w:numId="7" w16cid:durableId="144127982">
    <w:abstractNumId w:val="2"/>
  </w:num>
  <w:num w:numId="8" w16cid:durableId="940333858">
    <w:abstractNumId w:val="1"/>
  </w:num>
  <w:num w:numId="9" w16cid:durableId="1944918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19CF"/>
    <w:rsid w:val="000C1A7A"/>
    <w:rsid w:val="0015074B"/>
    <w:rsid w:val="0029639D"/>
    <w:rsid w:val="002A7FEB"/>
    <w:rsid w:val="00315ABB"/>
    <w:rsid w:val="00326F90"/>
    <w:rsid w:val="003D01FE"/>
    <w:rsid w:val="00424527"/>
    <w:rsid w:val="00465672"/>
    <w:rsid w:val="004A35FE"/>
    <w:rsid w:val="004F06CA"/>
    <w:rsid w:val="0061675A"/>
    <w:rsid w:val="007C281A"/>
    <w:rsid w:val="0095646F"/>
    <w:rsid w:val="00A95FA7"/>
    <w:rsid w:val="00AA1D8D"/>
    <w:rsid w:val="00B47730"/>
    <w:rsid w:val="00C7727D"/>
    <w:rsid w:val="00CB0664"/>
    <w:rsid w:val="00F144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F71DE"/>
  <w14:defaultImageDpi w14:val="300"/>
  <w15:docId w15:val="{599C5388-F941-4554-99C7-EC505EFA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三沢市シルバー人材センター</cp:lastModifiedBy>
  <cp:revision>2</cp:revision>
  <cp:lastPrinted>2025-11-07T05:24:00Z</cp:lastPrinted>
  <dcterms:created xsi:type="dcterms:W3CDTF">2013-12-23T23:15:00Z</dcterms:created>
  <dcterms:modified xsi:type="dcterms:W3CDTF">2025-11-07T05:25:00Z</dcterms:modified>
  <cp:category/>
</cp:coreProperties>
</file>